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827F6" w14:textId="1F444BC6" w:rsidR="003758F4" w:rsidRPr="00B8725E" w:rsidRDefault="003758F4" w:rsidP="00B8725E">
      <w:pPr>
        <w:spacing w:after="240"/>
        <w:ind w:left="6379"/>
        <w:rPr>
          <w:rFonts w:asciiTheme="majorHAnsi" w:hAnsiTheme="majorHAnsi" w:cstheme="majorHAnsi"/>
          <w:bCs/>
          <w:iCs/>
          <w:sz w:val="18"/>
          <w:szCs w:val="18"/>
        </w:rPr>
      </w:pPr>
      <w:proofErr w:type="spellStart"/>
      <w:r w:rsidRPr="00B8725E">
        <w:rPr>
          <w:rFonts w:asciiTheme="majorHAnsi" w:hAnsiTheme="majorHAnsi" w:cstheme="majorHAnsi"/>
          <w:bCs/>
          <w:iCs/>
          <w:sz w:val="18"/>
          <w:szCs w:val="18"/>
        </w:rPr>
        <w:t>Załącznik</w:t>
      </w:r>
      <w:proofErr w:type="spellEnd"/>
      <w:r w:rsidRPr="00B8725E">
        <w:rPr>
          <w:rFonts w:asciiTheme="majorHAnsi" w:hAnsiTheme="majorHAnsi" w:cstheme="majorHAnsi"/>
          <w:bCs/>
          <w:iCs/>
          <w:sz w:val="18"/>
          <w:szCs w:val="18"/>
        </w:rPr>
        <w:t xml:space="preserve"> nr 3 do </w:t>
      </w:r>
      <w:proofErr w:type="spellStart"/>
      <w:r w:rsidRPr="00B8725E">
        <w:rPr>
          <w:rFonts w:asciiTheme="majorHAnsi" w:hAnsiTheme="majorHAnsi" w:cstheme="majorHAnsi"/>
          <w:bCs/>
          <w:iCs/>
          <w:sz w:val="18"/>
          <w:szCs w:val="18"/>
        </w:rPr>
        <w:t>Zapytania</w:t>
      </w:r>
      <w:proofErr w:type="spellEnd"/>
      <w:r w:rsidRPr="00B8725E">
        <w:rPr>
          <w:rFonts w:asciiTheme="majorHAnsi" w:hAnsiTheme="majorHAnsi" w:cstheme="majorHAnsi"/>
          <w:bCs/>
          <w:iCs/>
          <w:sz w:val="18"/>
          <w:szCs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bCs/>
          <w:iCs/>
          <w:sz w:val="18"/>
          <w:szCs w:val="18"/>
        </w:rPr>
        <w:t>ofertowego</w:t>
      </w:r>
      <w:proofErr w:type="spellEnd"/>
      <w:r w:rsidRPr="00B8725E">
        <w:rPr>
          <w:rFonts w:asciiTheme="majorHAnsi" w:hAnsiTheme="majorHAnsi" w:cstheme="majorHAnsi"/>
          <w:bCs/>
          <w:iCs/>
          <w:sz w:val="18"/>
          <w:szCs w:val="18"/>
        </w:rPr>
        <w:br/>
        <w:t xml:space="preserve">Znak sprawy: </w:t>
      </w:r>
      <w:r w:rsidR="00E926C9" w:rsidRPr="00E926C9">
        <w:rPr>
          <w:rFonts w:asciiTheme="majorHAnsi" w:hAnsiTheme="majorHAnsi" w:cstheme="majorHAnsi"/>
          <w:bCs/>
          <w:iCs/>
          <w:sz w:val="18"/>
          <w:szCs w:val="18"/>
        </w:rPr>
        <w:t>OPS.262.11.2026</w:t>
      </w:r>
      <w:r w:rsidRPr="00B8725E">
        <w:rPr>
          <w:rFonts w:asciiTheme="majorHAnsi" w:hAnsiTheme="majorHAnsi" w:cstheme="majorHAnsi"/>
          <w:bCs/>
          <w:iCs/>
          <w:sz w:val="18"/>
          <w:szCs w:val="18"/>
        </w:rPr>
        <w:br/>
        <w:t xml:space="preserve">z </w:t>
      </w:r>
      <w:proofErr w:type="spellStart"/>
      <w:r w:rsidRPr="00B8725E">
        <w:rPr>
          <w:rFonts w:asciiTheme="majorHAnsi" w:hAnsiTheme="majorHAnsi" w:cstheme="majorHAnsi"/>
          <w:bCs/>
          <w:iCs/>
          <w:sz w:val="18"/>
          <w:szCs w:val="18"/>
        </w:rPr>
        <w:t>dnia</w:t>
      </w:r>
      <w:proofErr w:type="spellEnd"/>
      <w:r w:rsidRPr="00B8725E">
        <w:rPr>
          <w:rFonts w:asciiTheme="majorHAnsi" w:hAnsiTheme="majorHAnsi" w:cstheme="majorHAnsi"/>
          <w:bCs/>
          <w:iCs/>
          <w:sz w:val="18"/>
          <w:szCs w:val="18"/>
        </w:rPr>
        <w:t xml:space="preserve"> </w:t>
      </w:r>
      <w:r w:rsidR="00F922D1">
        <w:rPr>
          <w:rFonts w:asciiTheme="majorHAnsi" w:hAnsiTheme="majorHAnsi" w:cstheme="majorHAnsi"/>
          <w:bCs/>
          <w:iCs/>
          <w:sz w:val="18"/>
          <w:szCs w:val="18"/>
        </w:rPr>
        <w:t xml:space="preserve">24.09.2026 </w:t>
      </w:r>
      <w:r w:rsidRPr="00B8725E">
        <w:rPr>
          <w:rFonts w:asciiTheme="majorHAnsi" w:hAnsiTheme="majorHAnsi" w:cstheme="majorHAnsi"/>
          <w:bCs/>
          <w:iCs/>
          <w:sz w:val="18"/>
          <w:szCs w:val="18"/>
        </w:rPr>
        <w:t>r.</w:t>
      </w:r>
    </w:p>
    <w:p w14:paraId="1E4F9786" w14:textId="77777777" w:rsidR="00B96E3F" w:rsidRPr="00B8725E" w:rsidRDefault="00000000" w:rsidP="00B96E3F">
      <w:pPr>
        <w:spacing w:after="480"/>
        <w:jc w:val="center"/>
        <w:rPr>
          <w:rFonts w:asciiTheme="majorHAnsi" w:hAnsiTheme="majorHAnsi" w:cstheme="majorHAnsi"/>
          <w:b/>
          <w:sz w:val="24"/>
        </w:rPr>
      </w:pPr>
      <w:r w:rsidRPr="00B8725E">
        <w:rPr>
          <w:rFonts w:asciiTheme="majorHAnsi" w:hAnsiTheme="majorHAnsi" w:cstheme="majorHAnsi"/>
          <w:b/>
          <w:sz w:val="24"/>
        </w:rPr>
        <w:t>OŚWIADCZENIE WYKONAWCY O BRAKU PODSTAW WYKLUCZENIA</w:t>
      </w:r>
    </w:p>
    <w:p w14:paraId="62743926" w14:textId="2EB52F6E" w:rsidR="00A24E0E" w:rsidRPr="00B8725E" w:rsidRDefault="00000000" w:rsidP="00B96E3F">
      <w:pPr>
        <w:spacing w:after="480"/>
        <w:jc w:val="both"/>
        <w:rPr>
          <w:rFonts w:asciiTheme="majorHAnsi" w:hAnsiTheme="majorHAnsi" w:cstheme="majorHAnsi"/>
          <w:b/>
        </w:rPr>
      </w:pPr>
      <w:proofErr w:type="spellStart"/>
      <w:r w:rsidRPr="00B8725E">
        <w:rPr>
          <w:rFonts w:asciiTheme="majorHAnsi" w:hAnsiTheme="majorHAnsi" w:cstheme="majorHAnsi"/>
          <w:b/>
        </w:rPr>
        <w:t>na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podstawie</w:t>
      </w:r>
      <w:proofErr w:type="spellEnd"/>
      <w:r w:rsidRPr="00B8725E">
        <w:rPr>
          <w:rFonts w:asciiTheme="majorHAnsi" w:hAnsiTheme="majorHAnsi" w:cstheme="majorHAnsi"/>
          <w:b/>
        </w:rPr>
        <w:t xml:space="preserve"> art. 7 </w:t>
      </w:r>
      <w:proofErr w:type="spellStart"/>
      <w:r w:rsidRPr="00B8725E">
        <w:rPr>
          <w:rFonts w:asciiTheme="majorHAnsi" w:hAnsiTheme="majorHAnsi" w:cstheme="majorHAnsi"/>
          <w:b/>
        </w:rPr>
        <w:t>ust</w:t>
      </w:r>
      <w:proofErr w:type="spellEnd"/>
      <w:r w:rsidRPr="00B8725E">
        <w:rPr>
          <w:rFonts w:asciiTheme="majorHAnsi" w:hAnsiTheme="majorHAnsi" w:cstheme="majorHAnsi"/>
          <w:b/>
        </w:rPr>
        <w:t xml:space="preserve">. 1 </w:t>
      </w:r>
      <w:proofErr w:type="spellStart"/>
      <w:r w:rsidRPr="00B8725E">
        <w:rPr>
          <w:rFonts w:asciiTheme="majorHAnsi" w:hAnsiTheme="majorHAnsi" w:cstheme="majorHAnsi"/>
          <w:b/>
        </w:rPr>
        <w:t>ustawy</w:t>
      </w:r>
      <w:proofErr w:type="spellEnd"/>
      <w:r w:rsidRPr="00B8725E">
        <w:rPr>
          <w:rFonts w:asciiTheme="majorHAnsi" w:hAnsiTheme="majorHAnsi" w:cstheme="majorHAnsi"/>
          <w:b/>
        </w:rPr>
        <w:t xml:space="preserve"> z </w:t>
      </w:r>
      <w:proofErr w:type="spellStart"/>
      <w:r w:rsidRPr="00B8725E">
        <w:rPr>
          <w:rFonts w:asciiTheme="majorHAnsi" w:hAnsiTheme="majorHAnsi" w:cstheme="majorHAnsi"/>
          <w:b/>
        </w:rPr>
        <w:t>dnia</w:t>
      </w:r>
      <w:proofErr w:type="spellEnd"/>
      <w:r w:rsidRPr="00B8725E">
        <w:rPr>
          <w:rFonts w:asciiTheme="majorHAnsi" w:hAnsiTheme="majorHAnsi" w:cstheme="majorHAnsi"/>
          <w:b/>
        </w:rPr>
        <w:t xml:space="preserve"> 13 </w:t>
      </w:r>
      <w:proofErr w:type="spellStart"/>
      <w:r w:rsidRPr="00B8725E">
        <w:rPr>
          <w:rFonts w:asciiTheme="majorHAnsi" w:hAnsiTheme="majorHAnsi" w:cstheme="majorHAnsi"/>
          <w:b/>
        </w:rPr>
        <w:t>kwietnia</w:t>
      </w:r>
      <w:proofErr w:type="spellEnd"/>
      <w:r w:rsidRPr="00B8725E">
        <w:rPr>
          <w:rFonts w:asciiTheme="majorHAnsi" w:hAnsiTheme="majorHAnsi" w:cstheme="majorHAnsi"/>
          <w:b/>
        </w:rPr>
        <w:t xml:space="preserve"> 2022 r. o </w:t>
      </w:r>
      <w:proofErr w:type="spellStart"/>
      <w:r w:rsidRPr="00B8725E">
        <w:rPr>
          <w:rFonts w:asciiTheme="majorHAnsi" w:hAnsiTheme="majorHAnsi" w:cstheme="majorHAnsi"/>
          <w:b/>
        </w:rPr>
        <w:t>szczególnych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rozwiązaniach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r w:rsidR="00B96E3F" w:rsidRPr="00B8725E">
        <w:rPr>
          <w:rFonts w:asciiTheme="majorHAnsi" w:hAnsiTheme="majorHAnsi" w:cstheme="majorHAnsi"/>
          <w:b/>
        </w:rPr>
        <w:br/>
      </w:r>
      <w:r w:rsidRPr="00B8725E">
        <w:rPr>
          <w:rFonts w:asciiTheme="majorHAnsi" w:hAnsiTheme="majorHAnsi" w:cstheme="majorHAnsi"/>
          <w:b/>
        </w:rPr>
        <w:t xml:space="preserve">w </w:t>
      </w:r>
      <w:proofErr w:type="spellStart"/>
      <w:r w:rsidRPr="00B8725E">
        <w:rPr>
          <w:rFonts w:asciiTheme="majorHAnsi" w:hAnsiTheme="majorHAnsi" w:cstheme="majorHAnsi"/>
          <w:b/>
        </w:rPr>
        <w:t>zakresie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przeciwdziałania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wspieraniu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agresji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na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Ukrainę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oraz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służących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ochronie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bezpieczeństwa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proofErr w:type="gramStart"/>
      <w:r w:rsidRPr="00B8725E">
        <w:rPr>
          <w:rFonts w:asciiTheme="majorHAnsi" w:hAnsiTheme="majorHAnsi" w:cstheme="majorHAnsi"/>
          <w:b/>
        </w:rPr>
        <w:t>narodowego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r w:rsidR="00B96E3F" w:rsidRPr="00B8725E">
        <w:rPr>
          <w:rFonts w:asciiTheme="majorHAnsi" w:hAnsiTheme="majorHAnsi" w:cstheme="majorHAnsi"/>
          <w:b/>
        </w:rPr>
        <w:t xml:space="preserve"> </w:t>
      </w:r>
      <w:r w:rsidRPr="00B8725E">
        <w:rPr>
          <w:rFonts w:asciiTheme="majorHAnsi" w:hAnsiTheme="majorHAnsi" w:cstheme="majorHAnsi"/>
          <w:b/>
        </w:rPr>
        <w:t>(</w:t>
      </w:r>
      <w:proofErr w:type="spellStart"/>
      <w:proofErr w:type="gramEnd"/>
      <w:r w:rsidRPr="00B8725E">
        <w:rPr>
          <w:rFonts w:asciiTheme="majorHAnsi" w:hAnsiTheme="majorHAnsi" w:cstheme="majorHAnsi"/>
          <w:b/>
        </w:rPr>
        <w:t>Dz.U</w:t>
      </w:r>
      <w:proofErr w:type="spellEnd"/>
      <w:r w:rsidRPr="00B8725E">
        <w:rPr>
          <w:rFonts w:asciiTheme="majorHAnsi" w:hAnsiTheme="majorHAnsi" w:cstheme="majorHAnsi"/>
          <w:b/>
        </w:rPr>
        <w:t xml:space="preserve">. </w:t>
      </w:r>
      <w:proofErr w:type="spellStart"/>
      <w:r w:rsidRPr="00B8725E">
        <w:rPr>
          <w:rFonts w:asciiTheme="majorHAnsi" w:hAnsiTheme="majorHAnsi" w:cstheme="majorHAnsi"/>
          <w:b/>
        </w:rPr>
        <w:t>poz</w:t>
      </w:r>
      <w:proofErr w:type="spellEnd"/>
      <w:r w:rsidRPr="00B8725E">
        <w:rPr>
          <w:rFonts w:asciiTheme="majorHAnsi" w:hAnsiTheme="majorHAnsi" w:cstheme="majorHAnsi"/>
          <w:b/>
        </w:rPr>
        <w:t>. 835)</w:t>
      </w:r>
    </w:p>
    <w:p w14:paraId="1FC163CA" w14:textId="4CB6D8D2" w:rsidR="00A24E0E" w:rsidRPr="00B8725E" w:rsidRDefault="00000000">
      <w:pPr>
        <w:spacing w:after="240"/>
        <w:rPr>
          <w:rFonts w:asciiTheme="majorHAnsi" w:hAnsiTheme="majorHAnsi" w:cstheme="majorHAnsi"/>
        </w:rPr>
      </w:pPr>
      <w:r w:rsidRPr="00B8725E">
        <w:rPr>
          <w:rFonts w:asciiTheme="majorHAnsi" w:hAnsiTheme="majorHAnsi" w:cstheme="majorHAnsi"/>
        </w:rPr>
        <w:t xml:space="preserve">Ja </w:t>
      </w:r>
      <w:proofErr w:type="spellStart"/>
      <w:r w:rsidRPr="00B8725E">
        <w:rPr>
          <w:rFonts w:asciiTheme="majorHAnsi" w:hAnsiTheme="majorHAnsi" w:cstheme="majorHAnsi"/>
        </w:rPr>
        <w:t>niżej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podpisany</w:t>
      </w:r>
      <w:proofErr w:type="spellEnd"/>
      <w:r w:rsidRPr="00B8725E">
        <w:rPr>
          <w:rFonts w:asciiTheme="majorHAnsi" w:hAnsiTheme="majorHAnsi" w:cstheme="majorHAnsi"/>
        </w:rPr>
        <w:t xml:space="preserve"> / My </w:t>
      </w:r>
      <w:proofErr w:type="spellStart"/>
      <w:r w:rsidRPr="00B8725E">
        <w:rPr>
          <w:rFonts w:asciiTheme="majorHAnsi" w:hAnsiTheme="majorHAnsi" w:cstheme="majorHAnsi"/>
        </w:rPr>
        <w:t>niżej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podpisani</w:t>
      </w:r>
      <w:proofErr w:type="spellEnd"/>
      <w:r w:rsidRPr="00B8725E">
        <w:rPr>
          <w:rFonts w:asciiTheme="majorHAnsi" w:hAnsiTheme="majorHAnsi" w:cstheme="majorHAnsi"/>
        </w:rPr>
        <w:br/>
        <w:t>………………………………………………………………………………………………………………</w:t>
      </w:r>
    </w:p>
    <w:p w14:paraId="591DEEF5" w14:textId="1DA8C4E3" w:rsidR="00A24E0E" w:rsidRPr="00B8725E" w:rsidRDefault="00000000">
      <w:pPr>
        <w:spacing w:after="240"/>
        <w:rPr>
          <w:rFonts w:asciiTheme="majorHAnsi" w:hAnsiTheme="majorHAnsi" w:cstheme="majorHAnsi"/>
        </w:rPr>
      </w:pPr>
      <w:proofErr w:type="spellStart"/>
      <w:r w:rsidRPr="00B8725E">
        <w:rPr>
          <w:rFonts w:asciiTheme="majorHAnsi" w:hAnsiTheme="majorHAnsi" w:cstheme="majorHAnsi"/>
        </w:rPr>
        <w:t>będąc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upoważnionym</w:t>
      </w:r>
      <w:proofErr w:type="spellEnd"/>
      <w:r w:rsidRPr="00B8725E">
        <w:rPr>
          <w:rFonts w:asciiTheme="majorHAnsi" w:hAnsiTheme="majorHAnsi" w:cstheme="majorHAnsi"/>
        </w:rPr>
        <w:t>/</w:t>
      </w:r>
      <w:proofErr w:type="spellStart"/>
      <w:r w:rsidRPr="00B8725E">
        <w:rPr>
          <w:rFonts w:asciiTheme="majorHAnsi" w:hAnsiTheme="majorHAnsi" w:cstheme="majorHAnsi"/>
        </w:rPr>
        <w:t>i</w:t>
      </w:r>
      <w:proofErr w:type="spellEnd"/>
      <w:r w:rsidRPr="00B8725E">
        <w:rPr>
          <w:rFonts w:asciiTheme="majorHAnsi" w:hAnsiTheme="majorHAnsi" w:cstheme="majorHAnsi"/>
        </w:rPr>
        <w:t xml:space="preserve">/ do </w:t>
      </w:r>
      <w:proofErr w:type="spellStart"/>
      <w:r w:rsidRPr="00B8725E">
        <w:rPr>
          <w:rFonts w:asciiTheme="majorHAnsi" w:hAnsiTheme="majorHAnsi" w:cstheme="majorHAnsi"/>
        </w:rPr>
        <w:t>reprezentowania</w:t>
      </w:r>
      <w:proofErr w:type="spellEnd"/>
      <w:r w:rsidRPr="00B8725E">
        <w:rPr>
          <w:rFonts w:asciiTheme="majorHAnsi" w:hAnsiTheme="majorHAnsi" w:cstheme="majorHAnsi"/>
        </w:rPr>
        <w:t xml:space="preserve"> Wykonawcy:</w:t>
      </w:r>
      <w:r w:rsidRPr="00B8725E">
        <w:rPr>
          <w:rFonts w:asciiTheme="majorHAnsi" w:hAnsiTheme="majorHAnsi" w:cstheme="majorHAnsi"/>
        </w:rPr>
        <w:br/>
        <w:t>………………………………………………………………………………………………………………</w:t>
      </w:r>
      <w:r w:rsidRPr="00B8725E">
        <w:rPr>
          <w:rFonts w:asciiTheme="majorHAnsi" w:hAnsiTheme="majorHAnsi" w:cstheme="majorHAnsi"/>
        </w:rPr>
        <w:br/>
      </w:r>
      <w:r w:rsidRPr="00B8725E">
        <w:rPr>
          <w:rFonts w:asciiTheme="majorHAnsi" w:hAnsiTheme="majorHAnsi" w:cstheme="majorHAnsi"/>
          <w:i/>
          <w:sz w:val="18"/>
        </w:rPr>
        <w:t>(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imię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i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nazwisko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lub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nazwa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i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18"/>
        </w:rPr>
        <w:t>adres</w:t>
      </w:r>
      <w:proofErr w:type="spellEnd"/>
      <w:r w:rsidRPr="00B8725E">
        <w:rPr>
          <w:rFonts w:asciiTheme="majorHAnsi" w:hAnsiTheme="majorHAnsi" w:cstheme="majorHAnsi"/>
          <w:i/>
          <w:sz w:val="18"/>
        </w:rPr>
        <w:t xml:space="preserve"> wykonawcy)</w:t>
      </w:r>
    </w:p>
    <w:p w14:paraId="6C651E25" w14:textId="77777777" w:rsidR="00A24E0E" w:rsidRPr="00B8725E" w:rsidRDefault="00000000">
      <w:pPr>
        <w:spacing w:after="240"/>
        <w:rPr>
          <w:rFonts w:asciiTheme="majorHAnsi" w:hAnsiTheme="majorHAnsi" w:cstheme="majorHAnsi"/>
        </w:rPr>
      </w:pPr>
      <w:r w:rsidRPr="00B8725E">
        <w:rPr>
          <w:rFonts w:asciiTheme="majorHAnsi" w:hAnsiTheme="majorHAnsi" w:cstheme="majorHAnsi"/>
        </w:rPr>
        <w:t>NIP: …………………………………………</w:t>
      </w:r>
      <w:proofErr w:type="gramStart"/>
      <w:r w:rsidRPr="00B8725E">
        <w:rPr>
          <w:rFonts w:asciiTheme="majorHAnsi" w:hAnsiTheme="majorHAnsi" w:cstheme="majorHAnsi"/>
        </w:rPr>
        <w:t>…..</w:t>
      </w:r>
      <w:proofErr w:type="gramEnd"/>
    </w:p>
    <w:p w14:paraId="7E4255EB" w14:textId="08F3A971" w:rsidR="00A24E0E" w:rsidRPr="00B8725E" w:rsidRDefault="00000000">
      <w:pPr>
        <w:spacing w:after="240"/>
        <w:rPr>
          <w:rFonts w:asciiTheme="majorHAnsi" w:hAnsiTheme="majorHAnsi" w:cstheme="majorHAnsi"/>
        </w:rPr>
      </w:pPr>
      <w:proofErr w:type="spellStart"/>
      <w:r w:rsidRPr="00B8725E">
        <w:rPr>
          <w:rFonts w:asciiTheme="majorHAnsi" w:hAnsiTheme="majorHAnsi" w:cstheme="majorHAnsi"/>
        </w:rPr>
        <w:t>składając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ofertę</w:t>
      </w:r>
      <w:proofErr w:type="spellEnd"/>
      <w:r w:rsidRPr="00B8725E">
        <w:rPr>
          <w:rFonts w:asciiTheme="majorHAnsi" w:hAnsiTheme="majorHAnsi" w:cstheme="majorHAnsi"/>
        </w:rPr>
        <w:t xml:space="preserve"> w </w:t>
      </w:r>
      <w:proofErr w:type="spellStart"/>
      <w:r w:rsidRPr="00B8725E">
        <w:rPr>
          <w:rFonts w:asciiTheme="majorHAnsi" w:hAnsiTheme="majorHAnsi" w:cstheme="majorHAnsi"/>
        </w:rPr>
        <w:t>odpowiedzi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na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zapytanie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ofertowe</w:t>
      </w:r>
      <w:proofErr w:type="spellEnd"/>
      <w:r w:rsidRPr="00B8725E">
        <w:rPr>
          <w:rFonts w:asciiTheme="majorHAnsi" w:hAnsiTheme="majorHAnsi" w:cstheme="majorHAnsi"/>
        </w:rPr>
        <w:br/>
      </w:r>
      <w:proofErr w:type="spellStart"/>
      <w:r w:rsidRPr="00B8725E">
        <w:rPr>
          <w:rFonts w:asciiTheme="majorHAnsi" w:hAnsiTheme="majorHAnsi" w:cstheme="majorHAnsi"/>
        </w:rPr>
        <w:t>pn</w:t>
      </w:r>
      <w:proofErr w:type="spellEnd"/>
      <w:r w:rsidRPr="00B8725E">
        <w:rPr>
          <w:rFonts w:asciiTheme="majorHAnsi" w:hAnsiTheme="majorHAnsi" w:cstheme="majorHAnsi"/>
        </w:rPr>
        <w:t>. ………………………………………………………………………………………………………………</w:t>
      </w:r>
      <w:r w:rsidR="00B96E3F" w:rsidRPr="00B8725E">
        <w:rPr>
          <w:rFonts w:asciiTheme="majorHAnsi" w:hAnsiTheme="majorHAnsi" w:cstheme="majorHAnsi"/>
        </w:rPr>
        <w:t>,</w:t>
      </w:r>
    </w:p>
    <w:p w14:paraId="51E7088A" w14:textId="77777777" w:rsidR="00A24E0E" w:rsidRPr="00B8725E" w:rsidRDefault="00000000">
      <w:pPr>
        <w:spacing w:after="240"/>
        <w:rPr>
          <w:rFonts w:asciiTheme="majorHAnsi" w:hAnsiTheme="majorHAnsi" w:cstheme="majorHAnsi"/>
        </w:rPr>
      </w:pPr>
      <w:proofErr w:type="spellStart"/>
      <w:r w:rsidRPr="00B8725E">
        <w:rPr>
          <w:rFonts w:asciiTheme="majorHAnsi" w:hAnsiTheme="majorHAnsi" w:cstheme="majorHAnsi"/>
        </w:rPr>
        <w:t>oświadczam</w:t>
      </w:r>
      <w:proofErr w:type="spellEnd"/>
      <w:r w:rsidRPr="00B8725E">
        <w:rPr>
          <w:rFonts w:asciiTheme="majorHAnsi" w:hAnsiTheme="majorHAnsi" w:cstheme="majorHAnsi"/>
        </w:rPr>
        <w:t xml:space="preserve"> co </w:t>
      </w:r>
      <w:proofErr w:type="spellStart"/>
      <w:r w:rsidRPr="00B8725E">
        <w:rPr>
          <w:rFonts w:asciiTheme="majorHAnsi" w:hAnsiTheme="majorHAnsi" w:cstheme="majorHAnsi"/>
        </w:rPr>
        <w:t>następuje</w:t>
      </w:r>
      <w:proofErr w:type="spellEnd"/>
      <w:r w:rsidRPr="00B8725E">
        <w:rPr>
          <w:rFonts w:asciiTheme="majorHAnsi" w:hAnsiTheme="majorHAnsi" w:cstheme="majorHAnsi"/>
        </w:rPr>
        <w:t>:</w:t>
      </w:r>
    </w:p>
    <w:p w14:paraId="273F6CD4" w14:textId="77777777" w:rsidR="00A24E0E" w:rsidRPr="00B8725E" w:rsidRDefault="00000000" w:rsidP="00B96E3F">
      <w:pPr>
        <w:spacing w:after="240"/>
        <w:jc w:val="both"/>
        <w:rPr>
          <w:rFonts w:asciiTheme="majorHAnsi" w:hAnsiTheme="majorHAnsi" w:cstheme="majorHAnsi"/>
        </w:rPr>
      </w:pPr>
      <w:proofErr w:type="gramStart"/>
      <w:r w:rsidRPr="00B8725E">
        <w:rPr>
          <w:rFonts w:ascii="Segoe UI Symbol" w:hAnsi="Segoe UI Symbol" w:cs="Segoe UI Symbol"/>
        </w:rPr>
        <w:t>☐</w:t>
      </w:r>
      <w:r w:rsidRPr="00B8725E">
        <w:rPr>
          <w:rFonts w:asciiTheme="majorHAnsi" w:hAnsiTheme="majorHAnsi" w:cstheme="majorHAnsi"/>
        </w:rPr>
        <w:t xml:space="preserve">  </w:t>
      </w:r>
      <w:proofErr w:type="spellStart"/>
      <w:r w:rsidRPr="00B8725E">
        <w:rPr>
          <w:rFonts w:asciiTheme="majorHAnsi" w:hAnsiTheme="majorHAnsi" w:cstheme="majorHAnsi"/>
          <w:b/>
        </w:rPr>
        <w:t>nie</w:t>
      </w:r>
      <w:proofErr w:type="spellEnd"/>
      <w:proofErr w:type="gram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podlegam</w:t>
      </w:r>
      <w:proofErr w:type="spell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wykluczeniu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postępowania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na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podstawie</w:t>
      </w:r>
      <w:proofErr w:type="spellEnd"/>
      <w:r w:rsidRPr="00B8725E">
        <w:rPr>
          <w:rFonts w:asciiTheme="majorHAnsi" w:hAnsiTheme="majorHAnsi" w:cstheme="majorHAnsi"/>
        </w:rPr>
        <w:t xml:space="preserve"> art. 7 </w:t>
      </w:r>
      <w:proofErr w:type="spellStart"/>
      <w:r w:rsidRPr="00B8725E">
        <w:rPr>
          <w:rFonts w:asciiTheme="majorHAnsi" w:hAnsiTheme="majorHAnsi" w:cstheme="majorHAnsi"/>
        </w:rPr>
        <w:t>ust</w:t>
      </w:r>
      <w:proofErr w:type="spellEnd"/>
      <w:r w:rsidRPr="00B8725E">
        <w:rPr>
          <w:rFonts w:asciiTheme="majorHAnsi" w:hAnsiTheme="majorHAnsi" w:cstheme="majorHAnsi"/>
        </w:rPr>
        <w:t xml:space="preserve">. 1 </w:t>
      </w:r>
      <w:proofErr w:type="spellStart"/>
      <w:r w:rsidRPr="00B8725E">
        <w:rPr>
          <w:rFonts w:asciiTheme="majorHAnsi" w:hAnsiTheme="majorHAnsi" w:cstheme="majorHAnsi"/>
        </w:rPr>
        <w:t>ustawy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dnia</w:t>
      </w:r>
      <w:proofErr w:type="spellEnd"/>
      <w:r w:rsidRPr="00B8725E">
        <w:rPr>
          <w:rFonts w:asciiTheme="majorHAnsi" w:hAnsiTheme="majorHAnsi" w:cstheme="majorHAnsi"/>
        </w:rPr>
        <w:t xml:space="preserve"> 13 </w:t>
      </w:r>
      <w:proofErr w:type="spellStart"/>
      <w:r w:rsidRPr="00B8725E">
        <w:rPr>
          <w:rFonts w:asciiTheme="majorHAnsi" w:hAnsiTheme="majorHAnsi" w:cstheme="majorHAnsi"/>
        </w:rPr>
        <w:t>kwietnia</w:t>
      </w:r>
      <w:proofErr w:type="spellEnd"/>
      <w:r w:rsidRPr="00B8725E">
        <w:rPr>
          <w:rFonts w:asciiTheme="majorHAnsi" w:hAnsiTheme="majorHAnsi" w:cstheme="majorHAnsi"/>
        </w:rPr>
        <w:t xml:space="preserve"> 2022 r. o </w:t>
      </w:r>
      <w:proofErr w:type="spellStart"/>
      <w:r w:rsidRPr="00B8725E">
        <w:rPr>
          <w:rFonts w:asciiTheme="majorHAnsi" w:hAnsiTheme="majorHAnsi" w:cstheme="majorHAnsi"/>
        </w:rPr>
        <w:t>szczególnych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rozwiązaniach</w:t>
      </w:r>
      <w:proofErr w:type="spellEnd"/>
      <w:r w:rsidRPr="00B8725E">
        <w:rPr>
          <w:rFonts w:asciiTheme="majorHAnsi" w:hAnsiTheme="majorHAnsi" w:cstheme="majorHAnsi"/>
        </w:rPr>
        <w:t xml:space="preserve"> w </w:t>
      </w:r>
      <w:proofErr w:type="spellStart"/>
      <w:r w:rsidRPr="00B8725E">
        <w:rPr>
          <w:rFonts w:asciiTheme="majorHAnsi" w:hAnsiTheme="majorHAnsi" w:cstheme="majorHAnsi"/>
        </w:rPr>
        <w:t>zakresie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przeciwdziałania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wspieraniu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agresji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na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Ukrainę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oraz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służących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ochronie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bezpieczeństwa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narodowego</w:t>
      </w:r>
      <w:proofErr w:type="spellEnd"/>
      <w:r w:rsidRPr="00B8725E">
        <w:rPr>
          <w:rFonts w:asciiTheme="majorHAnsi" w:hAnsiTheme="majorHAnsi" w:cstheme="majorHAnsi"/>
        </w:rPr>
        <w:t xml:space="preserve"> (</w:t>
      </w:r>
      <w:proofErr w:type="spellStart"/>
      <w:r w:rsidRPr="00B8725E">
        <w:rPr>
          <w:rFonts w:asciiTheme="majorHAnsi" w:hAnsiTheme="majorHAnsi" w:cstheme="majorHAnsi"/>
        </w:rPr>
        <w:t>Dz.U</w:t>
      </w:r>
      <w:proofErr w:type="spellEnd"/>
      <w:r w:rsidRPr="00B8725E">
        <w:rPr>
          <w:rFonts w:asciiTheme="majorHAnsi" w:hAnsiTheme="majorHAnsi" w:cstheme="majorHAnsi"/>
        </w:rPr>
        <w:t xml:space="preserve">. </w:t>
      </w:r>
      <w:proofErr w:type="spellStart"/>
      <w:r w:rsidRPr="00B8725E">
        <w:rPr>
          <w:rFonts w:asciiTheme="majorHAnsi" w:hAnsiTheme="majorHAnsi" w:cstheme="majorHAnsi"/>
        </w:rPr>
        <w:t>poz</w:t>
      </w:r>
      <w:proofErr w:type="spellEnd"/>
      <w:r w:rsidRPr="00B8725E">
        <w:rPr>
          <w:rFonts w:asciiTheme="majorHAnsi" w:hAnsiTheme="majorHAnsi" w:cstheme="majorHAnsi"/>
        </w:rPr>
        <w:t>. 835)</w:t>
      </w:r>
    </w:p>
    <w:p w14:paraId="4C87ECF8" w14:textId="31F90F8E" w:rsidR="00A24E0E" w:rsidRPr="00B8725E" w:rsidRDefault="00000000" w:rsidP="00F922D1">
      <w:pPr>
        <w:spacing w:after="480"/>
        <w:jc w:val="both"/>
        <w:rPr>
          <w:rFonts w:asciiTheme="majorHAnsi" w:hAnsiTheme="majorHAnsi" w:cstheme="majorHAnsi"/>
        </w:rPr>
      </w:pPr>
      <w:proofErr w:type="gramStart"/>
      <w:r w:rsidRPr="00B8725E">
        <w:rPr>
          <w:rFonts w:ascii="Segoe UI Symbol" w:hAnsi="Segoe UI Symbol" w:cs="Segoe UI Symbol"/>
        </w:rPr>
        <w:t>☐</w:t>
      </w:r>
      <w:r w:rsidRPr="00B8725E">
        <w:rPr>
          <w:rFonts w:asciiTheme="majorHAnsi" w:hAnsiTheme="majorHAnsi" w:cstheme="majorHAnsi"/>
        </w:rPr>
        <w:t xml:space="preserve">  </w:t>
      </w:r>
      <w:proofErr w:type="spellStart"/>
      <w:r w:rsidRPr="00B8725E">
        <w:rPr>
          <w:rFonts w:asciiTheme="majorHAnsi" w:hAnsiTheme="majorHAnsi" w:cstheme="majorHAnsi"/>
          <w:b/>
        </w:rPr>
        <w:t>podlegam</w:t>
      </w:r>
      <w:proofErr w:type="spellEnd"/>
      <w:proofErr w:type="gramEnd"/>
      <w:r w:rsidRPr="00B8725E">
        <w:rPr>
          <w:rFonts w:asciiTheme="majorHAnsi" w:hAnsiTheme="majorHAnsi" w:cstheme="majorHAnsi"/>
          <w:b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wykluczeniu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postępowania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na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podstawie</w:t>
      </w:r>
      <w:proofErr w:type="spellEnd"/>
      <w:r w:rsidRPr="00B8725E">
        <w:rPr>
          <w:rFonts w:asciiTheme="majorHAnsi" w:hAnsiTheme="majorHAnsi" w:cstheme="majorHAnsi"/>
        </w:rPr>
        <w:t xml:space="preserve"> art. 7 </w:t>
      </w:r>
      <w:proofErr w:type="spellStart"/>
      <w:r w:rsidRPr="00B8725E">
        <w:rPr>
          <w:rFonts w:asciiTheme="majorHAnsi" w:hAnsiTheme="majorHAnsi" w:cstheme="majorHAnsi"/>
        </w:rPr>
        <w:t>ust</w:t>
      </w:r>
      <w:proofErr w:type="spellEnd"/>
      <w:r w:rsidRPr="00B8725E">
        <w:rPr>
          <w:rFonts w:asciiTheme="majorHAnsi" w:hAnsiTheme="majorHAnsi" w:cstheme="majorHAnsi"/>
        </w:rPr>
        <w:t xml:space="preserve">. 1 </w:t>
      </w:r>
      <w:proofErr w:type="spellStart"/>
      <w:r w:rsidRPr="00B8725E">
        <w:rPr>
          <w:rFonts w:asciiTheme="majorHAnsi" w:hAnsiTheme="majorHAnsi" w:cstheme="majorHAnsi"/>
        </w:rPr>
        <w:t>ustawy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dnia</w:t>
      </w:r>
      <w:proofErr w:type="spellEnd"/>
      <w:r w:rsidRPr="00B8725E">
        <w:rPr>
          <w:rFonts w:asciiTheme="majorHAnsi" w:hAnsiTheme="majorHAnsi" w:cstheme="majorHAnsi"/>
        </w:rPr>
        <w:t xml:space="preserve"> 13 </w:t>
      </w:r>
      <w:proofErr w:type="spellStart"/>
      <w:r w:rsidRPr="00B8725E">
        <w:rPr>
          <w:rFonts w:asciiTheme="majorHAnsi" w:hAnsiTheme="majorHAnsi" w:cstheme="majorHAnsi"/>
        </w:rPr>
        <w:t>kwietnia</w:t>
      </w:r>
      <w:proofErr w:type="spellEnd"/>
      <w:r w:rsidRPr="00B8725E">
        <w:rPr>
          <w:rFonts w:asciiTheme="majorHAnsi" w:hAnsiTheme="majorHAnsi" w:cstheme="majorHAnsi"/>
        </w:rPr>
        <w:t xml:space="preserve"> 2022 r. </w:t>
      </w:r>
      <w:r w:rsidR="00B96E3F" w:rsidRPr="00B8725E">
        <w:rPr>
          <w:rFonts w:asciiTheme="majorHAnsi" w:hAnsiTheme="majorHAnsi" w:cstheme="majorHAnsi"/>
        </w:rPr>
        <w:br/>
      </w:r>
      <w:r w:rsidRPr="00B8725E">
        <w:rPr>
          <w:rFonts w:asciiTheme="majorHAnsi" w:hAnsiTheme="majorHAnsi" w:cstheme="majorHAnsi"/>
        </w:rPr>
        <w:t xml:space="preserve">o </w:t>
      </w:r>
      <w:proofErr w:type="spellStart"/>
      <w:r w:rsidRPr="00B8725E">
        <w:rPr>
          <w:rFonts w:asciiTheme="majorHAnsi" w:hAnsiTheme="majorHAnsi" w:cstheme="majorHAnsi"/>
        </w:rPr>
        <w:t>szczególnych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rozwiązaniach</w:t>
      </w:r>
      <w:proofErr w:type="spellEnd"/>
      <w:r w:rsidRPr="00B8725E">
        <w:rPr>
          <w:rFonts w:asciiTheme="majorHAnsi" w:hAnsiTheme="majorHAnsi" w:cstheme="majorHAnsi"/>
        </w:rPr>
        <w:t xml:space="preserve"> w </w:t>
      </w:r>
      <w:proofErr w:type="spellStart"/>
      <w:r w:rsidRPr="00B8725E">
        <w:rPr>
          <w:rFonts w:asciiTheme="majorHAnsi" w:hAnsiTheme="majorHAnsi" w:cstheme="majorHAnsi"/>
        </w:rPr>
        <w:t>zakresie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przeciwdziałania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wspieraniu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agresji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na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Ukrainę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oraz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służących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ochronie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bezpieczeństwa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  <w:b/>
        </w:rPr>
        <w:t>narodowego</w:t>
      </w:r>
      <w:proofErr w:type="spellEnd"/>
      <w:r w:rsidRPr="00B8725E">
        <w:rPr>
          <w:rFonts w:asciiTheme="majorHAnsi" w:hAnsiTheme="majorHAnsi" w:cstheme="majorHAnsi"/>
        </w:rPr>
        <w:t xml:space="preserve"> (</w:t>
      </w:r>
      <w:proofErr w:type="spellStart"/>
      <w:r w:rsidRPr="00B8725E">
        <w:rPr>
          <w:rFonts w:asciiTheme="majorHAnsi" w:hAnsiTheme="majorHAnsi" w:cstheme="majorHAnsi"/>
        </w:rPr>
        <w:t>Dz.U</w:t>
      </w:r>
      <w:proofErr w:type="spellEnd"/>
      <w:r w:rsidRPr="00B8725E">
        <w:rPr>
          <w:rFonts w:asciiTheme="majorHAnsi" w:hAnsiTheme="majorHAnsi" w:cstheme="majorHAnsi"/>
        </w:rPr>
        <w:t xml:space="preserve">. </w:t>
      </w:r>
      <w:proofErr w:type="spellStart"/>
      <w:r w:rsidRPr="00B8725E">
        <w:rPr>
          <w:rFonts w:asciiTheme="majorHAnsi" w:hAnsiTheme="majorHAnsi" w:cstheme="majorHAnsi"/>
        </w:rPr>
        <w:t>poz</w:t>
      </w:r>
      <w:proofErr w:type="spellEnd"/>
      <w:r w:rsidRPr="00B8725E">
        <w:rPr>
          <w:rFonts w:asciiTheme="majorHAnsi" w:hAnsiTheme="majorHAnsi" w:cstheme="majorHAnsi"/>
        </w:rPr>
        <w:t>. 835)</w:t>
      </w:r>
      <w:r w:rsidR="00B96E3F" w:rsidRPr="00B8725E">
        <w:rPr>
          <w:rFonts w:asciiTheme="majorHAnsi" w:hAnsiTheme="majorHAnsi" w:cstheme="majorHAnsi"/>
        </w:rPr>
        <w:br/>
      </w:r>
      <w:r w:rsidR="00B96E3F" w:rsidRPr="00B8725E">
        <w:rPr>
          <w:rFonts w:asciiTheme="majorHAnsi" w:hAnsiTheme="majorHAnsi" w:cstheme="majorHAnsi"/>
          <w:b/>
          <w:i/>
          <w:sz w:val="20"/>
        </w:rPr>
        <w:br/>
      </w:r>
      <w:proofErr w:type="spellStart"/>
      <w:r w:rsidRPr="00B8725E">
        <w:rPr>
          <w:rFonts w:asciiTheme="majorHAnsi" w:hAnsiTheme="majorHAnsi" w:cstheme="majorHAnsi"/>
          <w:b/>
          <w:i/>
          <w:sz w:val="20"/>
        </w:rPr>
        <w:t>Uwaga</w:t>
      </w:r>
      <w:proofErr w:type="spellEnd"/>
      <w:r w:rsidRPr="00B8725E">
        <w:rPr>
          <w:rFonts w:asciiTheme="majorHAnsi" w:hAnsiTheme="majorHAnsi" w:cstheme="majorHAnsi"/>
          <w:b/>
          <w:i/>
          <w:sz w:val="20"/>
        </w:rPr>
        <w:t>:</w:t>
      </w:r>
      <w:r w:rsidRPr="00B8725E">
        <w:rPr>
          <w:rFonts w:asciiTheme="majorHAnsi" w:hAnsiTheme="majorHAnsi" w:cstheme="majorHAnsi"/>
          <w:b/>
          <w:i/>
          <w:sz w:val="20"/>
        </w:rPr>
        <w:br/>
      </w:r>
      <w:r w:rsidRPr="00B8725E">
        <w:rPr>
          <w:rFonts w:asciiTheme="majorHAnsi" w:hAnsiTheme="majorHAnsi" w:cstheme="majorHAnsi"/>
          <w:i/>
          <w:sz w:val="20"/>
        </w:rPr>
        <w:t xml:space="preserve">W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przypadku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Wykonawców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występujących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wspólnie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(w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tym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wspólników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spółki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cywilnej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),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każdy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r w:rsidR="00B96E3F" w:rsidRPr="00B8725E">
        <w:rPr>
          <w:rFonts w:asciiTheme="majorHAnsi" w:hAnsiTheme="majorHAnsi" w:cstheme="majorHAnsi"/>
          <w:i/>
          <w:sz w:val="20"/>
        </w:rPr>
        <w:br/>
      </w:r>
      <w:r w:rsidRPr="00B8725E">
        <w:rPr>
          <w:rFonts w:asciiTheme="majorHAnsi" w:hAnsiTheme="majorHAnsi" w:cstheme="majorHAnsi"/>
          <w:i/>
          <w:sz w:val="20"/>
        </w:rPr>
        <w:t xml:space="preserve">z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wykonawców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składa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oświadczenie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oddzielnie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.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Oświadczenie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składane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jest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również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przez</w:t>
      </w:r>
      <w:proofErr w:type="spellEnd"/>
      <w:r w:rsidRPr="00B8725E">
        <w:rPr>
          <w:rFonts w:asciiTheme="majorHAnsi" w:hAnsiTheme="majorHAnsi" w:cstheme="majorHAnsi"/>
          <w:i/>
          <w:sz w:val="20"/>
        </w:rPr>
        <w:t xml:space="preserve"> </w:t>
      </w:r>
      <w:proofErr w:type="spellStart"/>
      <w:r w:rsidRPr="00B8725E">
        <w:rPr>
          <w:rFonts w:asciiTheme="majorHAnsi" w:hAnsiTheme="majorHAnsi" w:cstheme="majorHAnsi"/>
          <w:i/>
          <w:sz w:val="20"/>
        </w:rPr>
        <w:t>podwykonawców</w:t>
      </w:r>
      <w:proofErr w:type="spellEnd"/>
      <w:r w:rsidRPr="00B8725E">
        <w:rPr>
          <w:rFonts w:asciiTheme="majorHAnsi" w:hAnsiTheme="majorHAnsi" w:cstheme="majorHAnsi"/>
          <w:i/>
          <w:sz w:val="20"/>
        </w:rPr>
        <w:t>.</w:t>
      </w:r>
    </w:p>
    <w:p w14:paraId="0C76D20C" w14:textId="48D06F32" w:rsidR="00F922D1" w:rsidRDefault="00000000" w:rsidP="00F922D1">
      <w:pPr>
        <w:spacing w:after="720"/>
        <w:jc w:val="both"/>
        <w:rPr>
          <w:rFonts w:asciiTheme="majorHAnsi" w:hAnsiTheme="majorHAnsi" w:cstheme="majorHAnsi"/>
        </w:rPr>
      </w:pPr>
      <w:proofErr w:type="spellStart"/>
      <w:r w:rsidRPr="00B8725E">
        <w:rPr>
          <w:rFonts w:asciiTheme="majorHAnsi" w:hAnsiTheme="majorHAnsi" w:cstheme="majorHAnsi"/>
        </w:rPr>
        <w:t>Oświadczam</w:t>
      </w:r>
      <w:proofErr w:type="spellEnd"/>
      <w:r w:rsidRPr="00B8725E">
        <w:rPr>
          <w:rFonts w:asciiTheme="majorHAnsi" w:hAnsiTheme="majorHAnsi" w:cstheme="majorHAnsi"/>
        </w:rPr>
        <w:t xml:space="preserve">, </w:t>
      </w:r>
      <w:proofErr w:type="spellStart"/>
      <w:r w:rsidRPr="00B8725E">
        <w:rPr>
          <w:rFonts w:asciiTheme="majorHAnsi" w:hAnsiTheme="majorHAnsi" w:cstheme="majorHAnsi"/>
        </w:rPr>
        <w:t>że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informacje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podane</w:t>
      </w:r>
      <w:proofErr w:type="spellEnd"/>
      <w:r w:rsidRPr="00B8725E">
        <w:rPr>
          <w:rFonts w:asciiTheme="majorHAnsi" w:hAnsiTheme="majorHAnsi" w:cstheme="majorHAnsi"/>
        </w:rPr>
        <w:t xml:space="preserve"> w </w:t>
      </w:r>
      <w:proofErr w:type="spellStart"/>
      <w:r w:rsidRPr="00B8725E">
        <w:rPr>
          <w:rFonts w:asciiTheme="majorHAnsi" w:hAnsiTheme="majorHAnsi" w:cstheme="majorHAnsi"/>
        </w:rPr>
        <w:t>powyższym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oświadczeniu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są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aktualne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i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zgodne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prawdą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oraz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zostały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podpisane</w:t>
      </w:r>
      <w:proofErr w:type="spellEnd"/>
      <w:r w:rsidRPr="00B8725E">
        <w:rPr>
          <w:rFonts w:asciiTheme="majorHAnsi" w:hAnsiTheme="majorHAnsi" w:cstheme="majorHAnsi"/>
        </w:rPr>
        <w:t xml:space="preserve"> z </w:t>
      </w:r>
      <w:proofErr w:type="spellStart"/>
      <w:r w:rsidRPr="00B8725E">
        <w:rPr>
          <w:rFonts w:asciiTheme="majorHAnsi" w:hAnsiTheme="majorHAnsi" w:cstheme="majorHAnsi"/>
        </w:rPr>
        <w:t>pełną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świadomością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konsekwencji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wprowadzenia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zamawiającego</w:t>
      </w:r>
      <w:proofErr w:type="spellEnd"/>
      <w:r w:rsidRPr="00B8725E">
        <w:rPr>
          <w:rFonts w:asciiTheme="majorHAnsi" w:hAnsiTheme="majorHAnsi" w:cstheme="majorHAnsi"/>
        </w:rPr>
        <w:t xml:space="preserve"> w </w:t>
      </w:r>
      <w:proofErr w:type="spellStart"/>
      <w:r w:rsidRPr="00B8725E">
        <w:rPr>
          <w:rFonts w:asciiTheme="majorHAnsi" w:hAnsiTheme="majorHAnsi" w:cstheme="majorHAnsi"/>
        </w:rPr>
        <w:t>błąd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przy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przedstawianiu</w:t>
      </w:r>
      <w:proofErr w:type="spellEnd"/>
      <w:r w:rsidRPr="00B8725E">
        <w:rPr>
          <w:rFonts w:asciiTheme="majorHAnsi" w:hAnsiTheme="majorHAnsi" w:cstheme="majorHAnsi"/>
        </w:rPr>
        <w:t xml:space="preserve"> </w:t>
      </w:r>
      <w:proofErr w:type="spellStart"/>
      <w:r w:rsidRPr="00B8725E">
        <w:rPr>
          <w:rFonts w:asciiTheme="majorHAnsi" w:hAnsiTheme="majorHAnsi" w:cstheme="majorHAnsi"/>
        </w:rPr>
        <w:t>informacji</w:t>
      </w:r>
      <w:proofErr w:type="spellEnd"/>
      <w:r w:rsidR="00F922D1">
        <w:rPr>
          <w:rFonts w:asciiTheme="majorHAnsi" w:hAnsiTheme="majorHAnsi" w:cstheme="majorHAnsi"/>
        </w:rPr>
        <w:t>.</w:t>
      </w:r>
    </w:p>
    <w:p w14:paraId="6E68927C" w14:textId="4931898D" w:rsidR="00A24E0E" w:rsidRPr="00B8725E" w:rsidRDefault="00F922D1" w:rsidP="00F922D1">
      <w:pPr>
        <w:spacing w:after="72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br/>
      </w:r>
      <w:r w:rsidR="00000000" w:rsidRPr="00B8725E">
        <w:rPr>
          <w:rFonts w:asciiTheme="majorHAnsi" w:hAnsiTheme="majorHAnsi" w:cstheme="majorHAnsi"/>
        </w:rPr>
        <w:lastRenderedPageBreak/>
        <w:t>….…………</w:t>
      </w:r>
      <w:proofErr w:type="gramStart"/>
      <w:r w:rsidR="00000000" w:rsidRPr="00B8725E">
        <w:rPr>
          <w:rFonts w:asciiTheme="majorHAnsi" w:hAnsiTheme="majorHAnsi" w:cstheme="majorHAnsi"/>
        </w:rPr>
        <w:t>…..</w:t>
      </w:r>
      <w:proofErr w:type="gramEnd"/>
      <w:r w:rsidR="00000000" w:rsidRPr="00B8725E">
        <w:rPr>
          <w:rFonts w:asciiTheme="majorHAnsi" w:hAnsiTheme="majorHAnsi" w:cstheme="majorHAnsi"/>
        </w:rPr>
        <w:t>………………...……….</w:t>
      </w:r>
      <w:r w:rsidR="00000000" w:rsidRPr="00B8725E">
        <w:rPr>
          <w:rFonts w:asciiTheme="majorHAnsi" w:hAnsiTheme="majorHAnsi" w:cstheme="majorHAnsi"/>
        </w:rPr>
        <w:br/>
      </w:r>
      <w:r w:rsidR="00000000" w:rsidRPr="00B8725E">
        <w:rPr>
          <w:rFonts w:asciiTheme="majorHAnsi" w:hAnsiTheme="majorHAnsi" w:cstheme="majorHAnsi"/>
          <w:i/>
          <w:sz w:val="18"/>
        </w:rPr>
        <w:t>(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podpis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 xml:space="preserve">, 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pieczątka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 xml:space="preserve"> wykonawcy 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lub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osoby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br/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upoważnionej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 xml:space="preserve"> do 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złożenia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 xml:space="preserve"> </w:t>
      </w:r>
      <w:proofErr w:type="spellStart"/>
      <w:r w:rsidR="00000000" w:rsidRPr="00B8725E">
        <w:rPr>
          <w:rFonts w:asciiTheme="majorHAnsi" w:hAnsiTheme="majorHAnsi" w:cstheme="majorHAnsi"/>
          <w:i/>
          <w:sz w:val="18"/>
        </w:rPr>
        <w:t>oświadczenia</w:t>
      </w:r>
      <w:proofErr w:type="spellEnd"/>
      <w:r w:rsidR="00000000" w:rsidRPr="00B8725E">
        <w:rPr>
          <w:rFonts w:asciiTheme="majorHAnsi" w:hAnsiTheme="majorHAnsi" w:cstheme="majorHAnsi"/>
          <w:i/>
          <w:sz w:val="18"/>
        </w:rPr>
        <w:t>)</w:t>
      </w:r>
    </w:p>
    <w:sectPr w:rsidR="00A24E0E" w:rsidRPr="00B8725E" w:rsidSect="00F922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F1C2D" w14:textId="77777777" w:rsidR="009C002F" w:rsidRDefault="009C002F" w:rsidP="003758F4">
      <w:pPr>
        <w:spacing w:after="0" w:line="240" w:lineRule="auto"/>
      </w:pPr>
      <w:r>
        <w:separator/>
      </w:r>
    </w:p>
  </w:endnote>
  <w:endnote w:type="continuationSeparator" w:id="0">
    <w:p w14:paraId="0A450125" w14:textId="77777777" w:rsidR="009C002F" w:rsidRDefault="009C002F" w:rsidP="00375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E77C" w14:textId="77777777" w:rsidR="00771288" w:rsidRDefault="007712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EAC5" w14:textId="77777777" w:rsidR="00771288" w:rsidRDefault="007712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3897C" w14:textId="77777777" w:rsidR="00771288" w:rsidRDefault="00771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1126" w14:textId="77777777" w:rsidR="009C002F" w:rsidRDefault="009C002F" w:rsidP="003758F4">
      <w:pPr>
        <w:spacing w:after="0" w:line="240" w:lineRule="auto"/>
      </w:pPr>
      <w:r>
        <w:separator/>
      </w:r>
    </w:p>
  </w:footnote>
  <w:footnote w:type="continuationSeparator" w:id="0">
    <w:p w14:paraId="7CCAE502" w14:textId="77777777" w:rsidR="009C002F" w:rsidRDefault="009C002F" w:rsidP="00375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5A4A" w14:textId="77777777" w:rsidR="00771288" w:rsidRDefault="007712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6B17" w14:textId="2B6A4551" w:rsidR="00771288" w:rsidRDefault="00771288">
    <w:pPr>
      <w:pStyle w:val="Nagwek"/>
    </w:pPr>
    <w:r>
      <w:rPr>
        <w:noProof/>
      </w:rPr>
      <w:drawing>
        <wp:inline distT="0" distB="0" distL="0" distR="0" wp14:anchorId="26F1EC19" wp14:editId="29FB5359">
          <wp:extent cx="5486400" cy="626745"/>
          <wp:effectExtent l="0" t="0" r="0" b="1905"/>
          <wp:docPr id="83061013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610921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9DD5B" w14:textId="77777777" w:rsidR="00771288" w:rsidRDefault="007712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65756">
    <w:abstractNumId w:val="8"/>
  </w:num>
  <w:num w:numId="2" w16cid:durableId="1691174906">
    <w:abstractNumId w:val="6"/>
  </w:num>
  <w:num w:numId="3" w16cid:durableId="1380089155">
    <w:abstractNumId w:val="5"/>
  </w:num>
  <w:num w:numId="4" w16cid:durableId="1868523543">
    <w:abstractNumId w:val="4"/>
  </w:num>
  <w:num w:numId="5" w16cid:durableId="1945652894">
    <w:abstractNumId w:val="7"/>
  </w:num>
  <w:num w:numId="6" w16cid:durableId="240331717">
    <w:abstractNumId w:val="3"/>
  </w:num>
  <w:num w:numId="7" w16cid:durableId="1824468178">
    <w:abstractNumId w:val="2"/>
  </w:num>
  <w:num w:numId="8" w16cid:durableId="1616600745">
    <w:abstractNumId w:val="1"/>
  </w:num>
  <w:num w:numId="9" w16cid:durableId="82920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366"/>
    <w:rsid w:val="0015074B"/>
    <w:rsid w:val="00172A8D"/>
    <w:rsid w:val="0029639D"/>
    <w:rsid w:val="002A1B07"/>
    <w:rsid w:val="00326F90"/>
    <w:rsid w:val="003758F4"/>
    <w:rsid w:val="006A45FB"/>
    <w:rsid w:val="00771288"/>
    <w:rsid w:val="00851951"/>
    <w:rsid w:val="00934796"/>
    <w:rsid w:val="00980FCF"/>
    <w:rsid w:val="009B6C73"/>
    <w:rsid w:val="009C002F"/>
    <w:rsid w:val="00A15BB1"/>
    <w:rsid w:val="00A24E0E"/>
    <w:rsid w:val="00AA1D8D"/>
    <w:rsid w:val="00B47730"/>
    <w:rsid w:val="00B503DA"/>
    <w:rsid w:val="00B8725E"/>
    <w:rsid w:val="00B96E3F"/>
    <w:rsid w:val="00BE5C3A"/>
    <w:rsid w:val="00CB0664"/>
    <w:rsid w:val="00E77508"/>
    <w:rsid w:val="00E926C9"/>
    <w:rsid w:val="00EB3E17"/>
    <w:rsid w:val="00F92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D94AA"/>
  <w14:defaultImageDpi w14:val="300"/>
  <w15:docId w15:val="{A21A4548-D3A0-467C-A735-79EB956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Kinga Makarewicz</cp:lastModifiedBy>
  <cp:revision>13</cp:revision>
  <cp:lastPrinted>2026-09-09T08:15:00Z</cp:lastPrinted>
  <dcterms:created xsi:type="dcterms:W3CDTF">2026-09-08T09:54:00Z</dcterms:created>
  <dcterms:modified xsi:type="dcterms:W3CDTF">2026-09-23T09:33:00Z</dcterms:modified>
  <cp:category/>
</cp:coreProperties>
</file>