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0C93D" w14:textId="7DA4A917" w:rsidR="00C52766" w:rsidRPr="00264973" w:rsidRDefault="00000000">
      <w:pPr>
        <w:spacing w:after="40"/>
        <w:jc w:val="right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  <w:i/>
          <w:sz w:val="20"/>
        </w:rPr>
        <w:t>Załącznik</w:t>
      </w:r>
      <w:r w:rsidR="003C1412" w:rsidRPr="00264973">
        <w:rPr>
          <w:rFonts w:asciiTheme="majorHAnsi" w:hAnsiTheme="majorHAnsi" w:cstheme="majorHAnsi"/>
          <w:i/>
          <w:sz w:val="20"/>
        </w:rPr>
        <w:t xml:space="preserve"> nr 1</w:t>
      </w:r>
      <w:r w:rsidRPr="00264973">
        <w:rPr>
          <w:rFonts w:asciiTheme="majorHAnsi" w:hAnsiTheme="majorHAnsi" w:cstheme="majorHAnsi"/>
          <w:i/>
          <w:sz w:val="20"/>
        </w:rPr>
        <w:t xml:space="preserve"> do </w:t>
      </w:r>
      <w:r w:rsidR="003C1412" w:rsidRPr="00264973">
        <w:rPr>
          <w:rFonts w:asciiTheme="majorHAnsi" w:hAnsiTheme="majorHAnsi" w:cstheme="majorHAnsi"/>
          <w:i/>
          <w:sz w:val="20"/>
        </w:rPr>
        <w:t>Z</w:t>
      </w:r>
      <w:r w:rsidRPr="00264973">
        <w:rPr>
          <w:rFonts w:asciiTheme="majorHAnsi" w:hAnsiTheme="majorHAnsi" w:cstheme="majorHAnsi"/>
          <w:i/>
          <w:sz w:val="20"/>
        </w:rPr>
        <w:t>apytania ofertowego</w:t>
      </w:r>
      <w:r w:rsidRPr="00264973">
        <w:rPr>
          <w:rFonts w:asciiTheme="majorHAnsi" w:hAnsiTheme="majorHAnsi" w:cstheme="majorHAnsi"/>
          <w:i/>
          <w:sz w:val="20"/>
        </w:rPr>
        <w:br/>
        <w:t xml:space="preserve">Znak sprawy: </w:t>
      </w:r>
      <w:r w:rsidR="0091109D" w:rsidRPr="0091109D">
        <w:rPr>
          <w:rFonts w:asciiTheme="majorHAnsi" w:hAnsiTheme="majorHAnsi" w:cstheme="majorHAnsi"/>
          <w:i/>
          <w:sz w:val="20"/>
        </w:rPr>
        <w:t>OPS.262.11.2026</w:t>
      </w:r>
      <w:r w:rsidRPr="00264973">
        <w:rPr>
          <w:rFonts w:asciiTheme="majorHAnsi" w:hAnsiTheme="majorHAnsi" w:cstheme="majorHAnsi"/>
          <w:i/>
          <w:sz w:val="20"/>
        </w:rPr>
        <w:br/>
        <w:t xml:space="preserve">z dnia </w:t>
      </w:r>
      <w:r w:rsidR="005922BE">
        <w:rPr>
          <w:rFonts w:asciiTheme="majorHAnsi" w:hAnsiTheme="majorHAnsi" w:cstheme="majorHAnsi"/>
          <w:i/>
          <w:sz w:val="20"/>
        </w:rPr>
        <w:t>24.09.2026</w:t>
      </w:r>
      <w:r w:rsidR="005A021C">
        <w:rPr>
          <w:rFonts w:asciiTheme="majorHAnsi" w:hAnsiTheme="majorHAnsi" w:cstheme="majorHAnsi"/>
          <w:i/>
          <w:sz w:val="20"/>
        </w:rPr>
        <w:t>.</w:t>
      </w:r>
      <w:r w:rsidRPr="00264973">
        <w:rPr>
          <w:rFonts w:asciiTheme="majorHAnsi" w:hAnsiTheme="majorHAnsi" w:cstheme="majorHAnsi"/>
          <w:i/>
          <w:sz w:val="20"/>
        </w:rPr>
        <w:t xml:space="preserve"> r.</w:t>
      </w:r>
    </w:p>
    <w:p w14:paraId="7B551BA6" w14:textId="77777777" w:rsidR="00C52766" w:rsidRPr="00264973" w:rsidRDefault="00C52766">
      <w:pPr>
        <w:spacing w:after="240"/>
        <w:rPr>
          <w:rFonts w:asciiTheme="majorHAnsi" w:hAnsiTheme="majorHAnsi" w:cstheme="majorHAnsi"/>
        </w:rPr>
      </w:pPr>
    </w:p>
    <w:p w14:paraId="0B129E21" w14:textId="360E83D0" w:rsidR="00C52766" w:rsidRPr="00264973" w:rsidRDefault="00404BE3">
      <w:pPr>
        <w:spacing w:after="360"/>
        <w:jc w:val="center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  <w:b/>
          <w:sz w:val="28"/>
        </w:rPr>
        <w:t>Formularz Ofertowy</w:t>
      </w:r>
    </w:p>
    <w:p w14:paraId="6448FDFA" w14:textId="77777777" w:rsidR="00C52766" w:rsidRPr="00264973" w:rsidRDefault="00000000">
      <w:pPr>
        <w:spacing w:after="12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  <w:b/>
        </w:rPr>
        <w:t>Treść oferty:</w:t>
      </w:r>
    </w:p>
    <w:p w14:paraId="5F443D2E" w14:textId="75F260A3" w:rsidR="00C52766" w:rsidRPr="00264973" w:rsidRDefault="00000000">
      <w:pPr>
        <w:spacing w:after="8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1. Nazwa Wykonawcy: ......................................................................................................</w:t>
      </w:r>
      <w:r w:rsidR="00404BE3" w:rsidRPr="00264973">
        <w:rPr>
          <w:rFonts w:asciiTheme="majorHAnsi" w:hAnsiTheme="majorHAnsi" w:cstheme="majorHAnsi"/>
        </w:rPr>
        <w:t>.....................</w:t>
      </w:r>
    </w:p>
    <w:p w14:paraId="57EBF3FD" w14:textId="6E72416D" w:rsidR="00C52766" w:rsidRPr="00264973" w:rsidRDefault="00000000">
      <w:pPr>
        <w:spacing w:after="8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2. Adres Wykonawcy:.......................................................................................................</w:t>
      </w:r>
      <w:r w:rsidR="00404BE3" w:rsidRPr="00264973">
        <w:rPr>
          <w:rFonts w:asciiTheme="majorHAnsi" w:hAnsiTheme="majorHAnsi" w:cstheme="majorHAnsi"/>
        </w:rPr>
        <w:t>......................</w:t>
      </w:r>
    </w:p>
    <w:p w14:paraId="11FC086E" w14:textId="77777777" w:rsidR="00C52766" w:rsidRPr="00264973" w:rsidRDefault="00000000">
      <w:pPr>
        <w:spacing w:after="8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3. NIP: ....................................................................................................................................................</w:t>
      </w:r>
    </w:p>
    <w:p w14:paraId="0CDC1D6F" w14:textId="77777777" w:rsidR="00C52766" w:rsidRPr="00264973" w:rsidRDefault="00000000">
      <w:pPr>
        <w:spacing w:after="8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4. REGON: .............................................................................................................................................</w:t>
      </w:r>
    </w:p>
    <w:p w14:paraId="7361EB03" w14:textId="5EFF011B" w:rsidR="00C52766" w:rsidRPr="00264973" w:rsidRDefault="00000000">
      <w:pPr>
        <w:spacing w:after="8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5. Nr rachunku bankowego:</w:t>
      </w:r>
      <w:r w:rsidR="00404BE3" w:rsidRPr="00264973">
        <w:rPr>
          <w:rFonts w:asciiTheme="majorHAnsi" w:hAnsiTheme="majorHAnsi" w:cstheme="majorHAnsi"/>
        </w:rPr>
        <w:t xml:space="preserve"> </w:t>
      </w:r>
      <w:r w:rsidRPr="00264973">
        <w:rPr>
          <w:rFonts w:asciiTheme="majorHAnsi" w:hAnsiTheme="majorHAnsi" w:cstheme="majorHAnsi"/>
        </w:rPr>
        <w:t>...................................................................................................................</w:t>
      </w:r>
    </w:p>
    <w:p w14:paraId="21F24116" w14:textId="4F1A8342" w:rsidR="00C52766" w:rsidRPr="00264973" w:rsidRDefault="00000000">
      <w:pPr>
        <w:spacing w:after="8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6. Osoba do kontaktu / tel. / e-mail:.............................................................................................</w:t>
      </w:r>
      <w:r w:rsidR="00404BE3" w:rsidRPr="00264973">
        <w:rPr>
          <w:rFonts w:asciiTheme="majorHAnsi" w:hAnsiTheme="majorHAnsi" w:cstheme="majorHAnsi"/>
        </w:rPr>
        <w:t>...........</w:t>
      </w:r>
    </w:p>
    <w:p w14:paraId="3C66BA39" w14:textId="4C02E1B7" w:rsidR="00404BE3" w:rsidRPr="00264973" w:rsidRDefault="00000000">
      <w:pPr>
        <w:spacing w:after="80"/>
        <w:rPr>
          <w:rFonts w:asciiTheme="majorHAnsi" w:hAnsiTheme="majorHAnsi" w:cstheme="majorHAnsi"/>
          <w:bCs/>
        </w:rPr>
      </w:pPr>
      <w:r w:rsidRPr="00264973">
        <w:rPr>
          <w:rFonts w:asciiTheme="majorHAnsi" w:hAnsiTheme="majorHAnsi" w:cstheme="majorHAnsi"/>
          <w:bCs/>
        </w:rPr>
        <w:t>7. Oferuję wykonanie przedmiotu zamówienia za:</w:t>
      </w:r>
    </w:p>
    <w:p w14:paraId="52AF3A19" w14:textId="77777777" w:rsidR="00C52766" w:rsidRPr="00264973" w:rsidRDefault="00000000">
      <w:pPr>
        <w:spacing w:after="60"/>
        <w:ind w:left="283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• Cenę netto: .............................. zł (słownie zł: ..................................................................................................)</w:t>
      </w:r>
    </w:p>
    <w:p w14:paraId="2754AEBF" w14:textId="77777777" w:rsidR="00C52766" w:rsidRPr="00264973" w:rsidRDefault="00000000">
      <w:pPr>
        <w:spacing w:after="60"/>
        <w:ind w:left="283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• Podatek VAT (......%): ................... zł (słownie zł: ..................................................................................................)</w:t>
      </w:r>
    </w:p>
    <w:p w14:paraId="5914EC8D" w14:textId="65A391BA" w:rsidR="00C52766" w:rsidRPr="00264973" w:rsidRDefault="00000000" w:rsidP="00404BE3">
      <w:pPr>
        <w:spacing w:after="60"/>
        <w:ind w:left="283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• Cenę brutto: ............................. zł (słownie zł: ..................................................................................................)</w:t>
      </w:r>
    </w:p>
    <w:p w14:paraId="023C7B7B" w14:textId="77777777" w:rsidR="00404BE3" w:rsidRPr="00264973" w:rsidRDefault="00404BE3" w:rsidP="00404BE3">
      <w:pPr>
        <w:spacing w:after="60"/>
        <w:ind w:left="283"/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1020"/>
        <w:gridCol w:w="1417"/>
        <w:gridCol w:w="1474"/>
        <w:gridCol w:w="1474"/>
      </w:tblGrid>
      <w:tr w:rsidR="00C52766" w:rsidRPr="00264973" w14:paraId="5BF62505" w14:textId="77777777">
        <w:trPr>
          <w:tblHeader/>
          <w:jc w:val="center"/>
        </w:trPr>
        <w:tc>
          <w:tcPr>
            <w:tcW w:w="567" w:type="dxa"/>
            <w:vAlign w:val="center"/>
          </w:tcPr>
          <w:p w14:paraId="12C3B531" w14:textId="77777777" w:rsidR="00C52766" w:rsidRPr="00264973" w:rsidRDefault="00000000">
            <w:pPr>
              <w:spacing w:before="80" w:after="8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b/>
                <w:sz w:val="19"/>
              </w:rPr>
              <w:t>Lp.</w:t>
            </w:r>
          </w:p>
        </w:tc>
        <w:tc>
          <w:tcPr>
            <w:tcW w:w="3118" w:type="dxa"/>
            <w:vAlign w:val="center"/>
          </w:tcPr>
          <w:p w14:paraId="790AD5B7" w14:textId="77777777" w:rsidR="00C52766" w:rsidRPr="00264973" w:rsidRDefault="00000000">
            <w:pPr>
              <w:spacing w:before="80" w:after="8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b/>
                <w:sz w:val="19"/>
              </w:rPr>
              <w:t>Przedmiot zamówienia</w:t>
            </w:r>
          </w:p>
        </w:tc>
        <w:tc>
          <w:tcPr>
            <w:tcW w:w="1020" w:type="dxa"/>
            <w:vAlign w:val="center"/>
          </w:tcPr>
          <w:p w14:paraId="2FB5C12C" w14:textId="77777777" w:rsidR="00C52766" w:rsidRPr="00264973" w:rsidRDefault="00000000">
            <w:pPr>
              <w:spacing w:before="80" w:after="8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b/>
                <w:sz w:val="19"/>
              </w:rPr>
              <w:t>Ilość</w:t>
            </w:r>
          </w:p>
        </w:tc>
        <w:tc>
          <w:tcPr>
            <w:tcW w:w="1417" w:type="dxa"/>
            <w:vAlign w:val="center"/>
          </w:tcPr>
          <w:p w14:paraId="6AC079D7" w14:textId="77777777" w:rsidR="00C52766" w:rsidRPr="00264973" w:rsidRDefault="00000000">
            <w:pPr>
              <w:spacing w:before="80" w:after="8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b/>
                <w:sz w:val="19"/>
              </w:rPr>
              <w:t>Cena jedn. netto (zł)</w:t>
            </w:r>
          </w:p>
        </w:tc>
        <w:tc>
          <w:tcPr>
            <w:tcW w:w="1474" w:type="dxa"/>
            <w:vAlign w:val="center"/>
          </w:tcPr>
          <w:p w14:paraId="750F2A88" w14:textId="77777777" w:rsidR="00C52766" w:rsidRPr="00264973" w:rsidRDefault="00000000">
            <w:pPr>
              <w:spacing w:before="80" w:after="8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b/>
                <w:sz w:val="19"/>
              </w:rPr>
              <w:t>Wartość netto (zł)</w:t>
            </w:r>
          </w:p>
        </w:tc>
        <w:tc>
          <w:tcPr>
            <w:tcW w:w="1474" w:type="dxa"/>
            <w:vAlign w:val="center"/>
          </w:tcPr>
          <w:p w14:paraId="61DFA628" w14:textId="77777777" w:rsidR="00C52766" w:rsidRPr="00264973" w:rsidRDefault="00000000">
            <w:pPr>
              <w:spacing w:before="80" w:after="8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b/>
                <w:sz w:val="19"/>
              </w:rPr>
              <w:t>Wartość brutto (zł)</w:t>
            </w:r>
          </w:p>
        </w:tc>
      </w:tr>
      <w:tr w:rsidR="00C52766" w:rsidRPr="00264973" w14:paraId="00F71BFE" w14:textId="77777777">
        <w:trPr>
          <w:jc w:val="center"/>
        </w:trPr>
        <w:tc>
          <w:tcPr>
            <w:tcW w:w="567" w:type="dxa"/>
            <w:vAlign w:val="center"/>
          </w:tcPr>
          <w:p w14:paraId="0CF71E84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1</w:t>
            </w:r>
          </w:p>
        </w:tc>
        <w:tc>
          <w:tcPr>
            <w:tcW w:w="3118" w:type="dxa"/>
            <w:vAlign w:val="center"/>
          </w:tcPr>
          <w:p w14:paraId="7F5A5E6E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Szafa aktowa wysoka szeroka zamykana 5 OH</w:t>
            </w:r>
          </w:p>
        </w:tc>
        <w:tc>
          <w:tcPr>
            <w:tcW w:w="1020" w:type="dxa"/>
            <w:vAlign w:val="center"/>
          </w:tcPr>
          <w:p w14:paraId="48E58FCE" w14:textId="2CA2511F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4 szt.</w:t>
            </w:r>
          </w:p>
        </w:tc>
        <w:tc>
          <w:tcPr>
            <w:tcW w:w="1417" w:type="dxa"/>
            <w:vAlign w:val="center"/>
          </w:tcPr>
          <w:p w14:paraId="29CAB6C4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60D24A61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7E7C4885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6037ABF1" w14:textId="77777777">
        <w:trPr>
          <w:jc w:val="center"/>
        </w:trPr>
        <w:tc>
          <w:tcPr>
            <w:tcW w:w="567" w:type="dxa"/>
            <w:vAlign w:val="center"/>
          </w:tcPr>
          <w:p w14:paraId="22F9948D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2</w:t>
            </w:r>
          </w:p>
        </w:tc>
        <w:tc>
          <w:tcPr>
            <w:tcW w:w="3118" w:type="dxa"/>
            <w:vAlign w:val="center"/>
          </w:tcPr>
          <w:p w14:paraId="5BC49E51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Szafka niska szeroka zamykana 2 OH – nadstawka</w:t>
            </w:r>
          </w:p>
        </w:tc>
        <w:tc>
          <w:tcPr>
            <w:tcW w:w="1020" w:type="dxa"/>
            <w:vAlign w:val="center"/>
          </w:tcPr>
          <w:p w14:paraId="20FA7E81" w14:textId="59848A1E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4 szt.</w:t>
            </w:r>
          </w:p>
        </w:tc>
        <w:tc>
          <w:tcPr>
            <w:tcW w:w="1417" w:type="dxa"/>
            <w:vAlign w:val="center"/>
          </w:tcPr>
          <w:p w14:paraId="44D3DA67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0E6E7C76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3FA96294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753185CD" w14:textId="77777777">
        <w:trPr>
          <w:jc w:val="center"/>
        </w:trPr>
        <w:tc>
          <w:tcPr>
            <w:tcW w:w="567" w:type="dxa"/>
            <w:vAlign w:val="center"/>
          </w:tcPr>
          <w:p w14:paraId="52CC3722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3</w:t>
            </w:r>
          </w:p>
        </w:tc>
        <w:tc>
          <w:tcPr>
            <w:tcW w:w="3118" w:type="dxa"/>
            <w:vAlign w:val="center"/>
          </w:tcPr>
          <w:p w14:paraId="7F6BF37B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Biurko proste 160</w:t>
            </w:r>
          </w:p>
        </w:tc>
        <w:tc>
          <w:tcPr>
            <w:tcW w:w="1020" w:type="dxa"/>
            <w:vAlign w:val="center"/>
          </w:tcPr>
          <w:p w14:paraId="6B68B79B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3 szt.</w:t>
            </w:r>
          </w:p>
        </w:tc>
        <w:tc>
          <w:tcPr>
            <w:tcW w:w="1417" w:type="dxa"/>
            <w:vAlign w:val="center"/>
          </w:tcPr>
          <w:p w14:paraId="2B58B450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050A3669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73D60959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1EE4C263" w14:textId="77777777">
        <w:trPr>
          <w:jc w:val="center"/>
        </w:trPr>
        <w:tc>
          <w:tcPr>
            <w:tcW w:w="567" w:type="dxa"/>
            <w:vAlign w:val="center"/>
          </w:tcPr>
          <w:p w14:paraId="5402494A" w14:textId="78E800F4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4</w:t>
            </w:r>
          </w:p>
        </w:tc>
        <w:tc>
          <w:tcPr>
            <w:tcW w:w="3118" w:type="dxa"/>
            <w:vAlign w:val="center"/>
          </w:tcPr>
          <w:p w14:paraId="76C28F6B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Kontener z piórnikiem</w:t>
            </w:r>
          </w:p>
        </w:tc>
        <w:tc>
          <w:tcPr>
            <w:tcW w:w="1020" w:type="dxa"/>
            <w:vAlign w:val="center"/>
          </w:tcPr>
          <w:p w14:paraId="2104FF86" w14:textId="20CB248B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3 szt.</w:t>
            </w:r>
          </w:p>
        </w:tc>
        <w:tc>
          <w:tcPr>
            <w:tcW w:w="1417" w:type="dxa"/>
            <w:vAlign w:val="center"/>
          </w:tcPr>
          <w:p w14:paraId="57CB70B3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32AF65A2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0DDAD331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05AD57E8" w14:textId="77777777">
        <w:trPr>
          <w:jc w:val="center"/>
        </w:trPr>
        <w:tc>
          <w:tcPr>
            <w:tcW w:w="567" w:type="dxa"/>
            <w:vAlign w:val="center"/>
          </w:tcPr>
          <w:p w14:paraId="490223A9" w14:textId="0D9CA175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5</w:t>
            </w:r>
          </w:p>
        </w:tc>
        <w:tc>
          <w:tcPr>
            <w:tcW w:w="3118" w:type="dxa"/>
            <w:vAlign w:val="center"/>
          </w:tcPr>
          <w:p w14:paraId="721EE01C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Biurko łukowe 140</w:t>
            </w:r>
          </w:p>
        </w:tc>
        <w:tc>
          <w:tcPr>
            <w:tcW w:w="1020" w:type="dxa"/>
            <w:vAlign w:val="center"/>
          </w:tcPr>
          <w:p w14:paraId="25888A95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1 szt.</w:t>
            </w:r>
          </w:p>
        </w:tc>
        <w:tc>
          <w:tcPr>
            <w:tcW w:w="1417" w:type="dxa"/>
            <w:vAlign w:val="center"/>
          </w:tcPr>
          <w:p w14:paraId="02394C13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6B28357D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0098EC49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0488C7E4" w14:textId="77777777">
        <w:trPr>
          <w:jc w:val="center"/>
        </w:trPr>
        <w:tc>
          <w:tcPr>
            <w:tcW w:w="567" w:type="dxa"/>
            <w:vAlign w:val="center"/>
          </w:tcPr>
          <w:p w14:paraId="66121946" w14:textId="659EB1A5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6</w:t>
            </w:r>
          </w:p>
        </w:tc>
        <w:tc>
          <w:tcPr>
            <w:tcW w:w="3118" w:type="dxa"/>
            <w:vAlign w:val="center"/>
          </w:tcPr>
          <w:p w14:paraId="5F608E64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Kontener stacjonarny</w:t>
            </w:r>
          </w:p>
        </w:tc>
        <w:tc>
          <w:tcPr>
            <w:tcW w:w="1020" w:type="dxa"/>
            <w:vAlign w:val="center"/>
          </w:tcPr>
          <w:p w14:paraId="16438BDD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1 szt.</w:t>
            </w:r>
          </w:p>
        </w:tc>
        <w:tc>
          <w:tcPr>
            <w:tcW w:w="1417" w:type="dxa"/>
            <w:vAlign w:val="center"/>
          </w:tcPr>
          <w:p w14:paraId="38596897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590E3163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10897637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3D11CDDD" w14:textId="77777777">
        <w:trPr>
          <w:jc w:val="center"/>
        </w:trPr>
        <w:tc>
          <w:tcPr>
            <w:tcW w:w="567" w:type="dxa"/>
            <w:vAlign w:val="center"/>
          </w:tcPr>
          <w:p w14:paraId="0E693A3E" w14:textId="0F0B51C2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7</w:t>
            </w:r>
          </w:p>
        </w:tc>
        <w:tc>
          <w:tcPr>
            <w:tcW w:w="3118" w:type="dxa"/>
            <w:vAlign w:val="center"/>
          </w:tcPr>
          <w:p w14:paraId="75EC09C7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Fotel obrotowy BHP</w:t>
            </w:r>
          </w:p>
        </w:tc>
        <w:tc>
          <w:tcPr>
            <w:tcW w:w="1020" w:type="dxa"/>
            <w:vAlign w:val="center"/>
          </w:tcPr>
          <w:p w14:paraId="7B400C67" w14:textId="091DE75C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4 szt.</w:t>
            </w:r>
          </w:p>
        </w:tc>
        <w:tc>
          <w:tcPr>
            <w:tcW w:w="1417" w:type="dxa"/>
            <w:vAlign w:val="center"/>
          </w:tcPr>
          <w:p w14:paraId="6328C806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2E8E6AB8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28A0D4D6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21EAAF9A" w14:textId="77777777">
        <w:trPr>
          <w:jc w:val="center"/>
        </w:trPr>
        <w:tc>
          <w:tcPr>
            <w:tcW w:w="567" w:type="dxa"/>
            <w:vAlign w:val="center"/>
          </w:tcPr>
          <w:p w14:paraId="6F1372FF" w14:textId="499E6608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8</w:t>
            </w:r>
          </w:p>
        </w:tc>
        <w:tc>
          <w:tcPr>
            <w:tcW w:w="3118" w:type="dxa"/>
            <w:vAlign w:val="center"/>
          </w:tcPr>
          <w:p w14:paraId="582F8710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Ściana szklana jednoszybowa (900x2610 mm)</w:t>
            </w:r>
          </w:p>
        </w:tc>
        <w:tc>
          <w:tcPr>
            <w:tcW w:w="1020" w:type="dxa"/>
            <w:vAlign w:val="center"/>
          </w:tcPr>
          <w:p w14:paraId="325D5657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 xml:space="preserve">1 </w:t>
            </w:r>
            <w:proofErr w:type="spellStart"/>
            <w:r w:rsidRPr="00264973">
              <w:rPr>
                <w:rFonts w:asciiTheme="majorHAnsi" w:hAnsiTheme="majorHAnsi" w:cstheme="majorHAnsi"/>
                <w:sz w:val="19"/>
              </w:rPr>
              <w:t>kpl</w:t>
            </w:r>
            <w:proofErr w:type="spellEnd"/>
            <w:r w:rsidRPr="00264973">
              <w:rPr>
                <w:rFonts w:asciiTheme="majorHAnsi" w:hAnsiTheme="majorHAnsi" w:cstheme="majorHAnsi"/>
                <w:sz w:val="19"/>
              </w:rPr>
              <w:t>.</w:t>
            </w:r>
          </w:p>
        </w:tc>
        <w:tc>
          <w:tcPr>
            <w:tcW w:w="1417" w:type="dxa"/>
            <w:vAlign w:val="center"/>
          </w:tcPr>
          <w:p w14:paraId="41C6262A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69B2FBF0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1278087F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67F91FFB" w14:textId="77777777">
        <w:trPr>
          <w:jc w:val="center"/>
        </w:trPr>
        <w:tc>
          <w:tcPr>
            <w:tcW w:w="567" w:type="dxa"/>
            <w:vAlign w:val="center"/>
          </w:tcPr>
          <w:p w14:paraId="435F7B04" w14:textId="29831920" w:rsidR="00C52766" w:rsidRPr="00264973" w:rsidRDefault="00001DD1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>9</w:t>
            </w:r>
          </w:p>
        </w:tc>
        <w:tc>
          <w:tcPr>
            <w:tcW w:w="3118" w:type="dxa"/>
            <w:vAlign w:val="center"/>
          </w:tcPr>
          <w:p w14:paraId="40FF1AA6" w14:textId="77777777" w:rsidR="00C52766" w:rsidRPr="00264973" w:rsidRDefault="00000000">
            <w:pPr>
              <w:spacing w:before="60" w:after="60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t xml:space="preserve">Ściana </w:t>
            </w:r>
            <w:proofErr w:type="spellStart"/>
            <w:r w:rsidRPr="00264973">
              <w:rPr>
                <w:rFonts w:asciiTheme="majorHAnsi" w:hAnsiTheme="majorHAnsi" w:cstheme="majorHAnsi"/>
                <w:sz w:val="19"/>
              </w:rPr>
              <w:t>lamelowa</w:t>
            </w:r>
            <w:proofErr w:type="spellEnd"/>
            <w:r w:rsidRPr="00264973">
              <w:rPr>
                <w:rFonts w:asciiTheme="majorHAnsi" w:hAnsiTheme="majorHAnsi" w:cstheme="majorHAnsi"/>
                <w:sz w:val="19"/>
              </w:rPr>
              <w:t xml:space="preserve"> (zestawy 1050 mm i </w:t>
            </w:r>
            <w:r w:rsidRPr="00264973">
              <w:rPr>
                <w:rFonts w:asciiTheme="majorHAnsi" w:hAnsiTheme="majorHAnsi" w:cstheme="majorHAnsi"/>
                <w:sz w:val="19"/>
              </w:rPr>
              <w:lastRenderedPageBreak/>
              <w:t>690 mm)</w:t>
            </w:r>
          </w:p>
        </w:tc>
        <w:tc>
          <w:tcPr>
            <w:tcW w:w="1020" w:type="dxa"/>
            <w:vAlign w:val="center"/>
          </w:tcPr>
          <w:p w14:paraId="15AE361D" w14:textId="77777777" w:rsidR="00C52766" w:rsidRPr="00264973" w:rsidRDefault="00000000">
            <w:pPr>
              <w:spacing w:before="60" w:after="60"/>
              <w:jc w:val="center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19"/>
              </w:rPr>
              <w:lastRenderedPageBreak/>
              <w:t xml:space="preserve">2 </w:t>
            </w:r>
            <w:proofErr w:type="spellStart"/>
            <w:r w:rsidRPr="00264973">
              <w:rPr>
                <w:rFonts w:asciiTheme="majorHAnsi" w:hAnsiTheme="majorHAnsi" w:cstheme="majorHAnsi"/>
                <w:sz w:val="19"/>
              </w:rPr>
              <w:t>kpl</w:t>
            </w:r>
            <w:proofErr w:type="spellEnd"/>
            <w:r w:rsidRPr="00264973">
              <w:rPr>
                <w:rFonts w:asciiTheme="majorHAnsi" w:hAnsiTheme="majorHAnsi" w:cstheme="majorHAnsi"/>
                <w:sz w:val="19"/>
              </w:rPr>
              <w:t>.</w:t>
            </w:r>
          </w:p>
        </w:tc>
        <w:tc>
          <w:tcPr>
            <w:tcW w:w="1417" w:type="dxa"/>
            <w:vAlign w:val="center"/>
          </w:tcPr>
          <w:p w14:paraId="575EA7E9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655C8A61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2A35AB4B" w14:textId="77777777" w:rsidR="00C52766" w:rsidRPr="00264973" w:rsidRDefault="00C52766">
            <w:pPr>
              <w:spacing w:before="60" w:after="60"/>
              <w:jc w:val="right"/>
              <w:rPr>
                <w:rFonts w:asciiTheme="majorHAnsi" w:hAnsiTheme="majorHAnsi" w:cstheme="majorHAnsi"/>
              </w:rPr>
            </w:pPr>
          </w:p>
        </w:tc>
      </w:tr>
      <w:tr w:rsidR="00C52766" w:rsidRPr="00264973" w14:paraId="0DE815FA" w14:textId="77777777">
        <w:trPr>
          <w:jc w:val="center"/>
        </w:trPr>
        <w:tc>
          <w:tcPr>
            <w:tcW w:w="4705" w:type="dxa"/>
            <w:gridSpan w:val="3"/>
            <w:vAlign w:val="center"/>
          </w:tcPr>
          <w:p w14:paraId="5B4CC1D0" w14:textId="77777777" w:rsidR="00C52766" w:rsidRPr="00264973" w:rsidRDefault="00000000">
            <w:pPr>
              <w:spacing w:before="80" w:after="80"/>
              <w:jc w:val="right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b/>
                <w:sz w:val="20"/>
              </w:rPr>
              <w:t>RAZEM:</w:t>
            </w:r>
          </w:p>
        </w:tc>
        <w:tc>
          <w:tcPr>
            <w:tcW w:w="1417" w:type="dxa"/>
            <w:vAlign w:val="center"/>
          </w:tcPr>
          <w:p w14:paraId="2AB43C67" w14:textId="77777777" w:rsidR="00C52766" w:rsidRPr="00264973" w:rsidRDefault="00C5276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5F7E0E36" w14:textId="77777777" w:rsidR="00C52766" w:rsidRPr="00264973" w:rsidRDefault="00C5276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74" w:type="dxa"/>
            <w:vAlign w:val="center"/>
          </w:tcPr>
          <w:p w14:paraId="01F422CF" w14:textId="77777777" w:rsidR="00C52766" w:rsidRPr="00264973" w:rsidRDefault="00C52766">
            <w:pPr>
              <w:rPr>
                <w:rFonts w:asciiTheme="majorHAnsi" w:hAnsiTheme="majorHAnsi" w:cstheme="majorHAnsi"/>
              </w:rPr>
            </w:pPr>
          </w:p>
        </w:tc>
      </w:tr>
    </w:tbl>
    <w:p w14:paraId="1B9FC2D6" w14:textId="77777777" w:rsidR="00C52766" w:rsidRPr="00264973" w:rsidRDefault="00000000">
      <w:pPr>
        <w:spacing w:before="240" w:after="120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  <w:b/>
        </w:rPr>
        <w:t>Oświadczenia Wykonawcy:</w:t>
      </w:r>
    </w:p>
    <w:p w14:paraId="5B0239E6" w14:textId="14B3CE61" w:rsidR="00C52766" w:rsidRPr="00264973" w:rsidRDefault="00000000" w:rsidP="00404BE3">
      <w:pPr>
        <w:spacing w:after="80"/>
        <w:ind w:left="283"/>
        <w:jc w:val="both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1) Oświadczam, że zapoznałem się z opisem przedmiotu zamówienia</w:t>
      </w:r>
      <w:r w:rsidR="00404BE3" w:rsidRPr="00264973">
        <w:rPr>
          <w:rFonts w:asciiTheme="majorHAnsi" w:hAnsiTheme="majorHAnsi" w:cstheme="majorHAnsi"/>
        </w:rPr>
        <w:t xml:space="preserve">, </w:t>
      </w:r>
      <w:r w:rsidRPr="00264973">
        <w:rPr>
          <w:rFonts w:asciiTheme="majorHAnsi" w:hAnsiTheme="majorHAnsi" w:cstheme="majorHAnsi"/>
        </w:rPr>
        <w:t xml:space="preserve">warunkami </w:t>
      </w:r>
      <w:r w:rsidR="00404BE3" w:rsidRPr="00264973">
        <w:rPr>
          <w:rFonts w:asciiTheme="majorHAnsi" w:hAnsiTheme="majorHAnsi" w:cstheme="majorHAnsi"/>
        </w:rPr>
        <w:t>z</w:t>
      </w:r>
      <w:r w:rsidRPr="00264973">
        <w:rPr>
          <w:rFonts w:asciiTheme="majorHAnsi" w:hAnsiTheme="majorHAnsi" w:cstheme="majorHAnsi"/>
        </w:rPr>
        <w:t xml:space="preserve">apytania </w:t>
      </w:r>
      <w:r w:rsidR="00404BE3" w:rsidRPr="00264973">
        <w:rPr>
          <w:rFonts w:asciiTheme="majorHAnsi" w:hAnsiTheme="majorHAnsi" w:cstheme="majorHAnsi"/>
        </w:rPr>
        <w:t>o</w:t>
      </w:r>
      <w:r w:rsidRPr="00264973">
        <w:rPr>
          <w:rFonts w:asciiTheme="majorHAnsi" w:hAnsiTheme="majorHAnsi" w:cstheme="majorHAnsi"/>
        </w:rPr>
        <w:t>fertowego</w:t>
      </w:r>
      <w:r w:rsidR="00404BE3" w:rsidRPr="00264973">
        <w:rPr>
          <w:rFonts w:asciiTheme="majorHAnsi" w:hAnsiTheme="majorHAnsi" w:cstheme="majorHAnsi"/>
        </w:rPr>
        <w:t xml:space="preserve"> oraz wzorem umowy</w:t>
      </w:r>
      <w:r w:rsidRPr="00264973">
        <w:rPr>
          <w:rFonts w:asciiTheme="majorHAnsi" w:hAnsiTheme="majorHAnsi" w:cstheme="majorHAnsi"/>
        </w:rPr>
        <w:t xml:space="preserve"> i nie wnoszę do nich zastrzeżeń.</w:t>
      </w:r>
    </w:p>
    <w:p w14:paraId="7F740232" w14:textId="7017F189" w:rsidR="00C52766" w:rsidRPr="00264973" w:rsidRDefault="00000000" w:rsidP="00404BE3">
      <w:pPr>
        <w:spacing w:after="80"/>
        <w:ind w:left="283"/>
        <w:jc w:val="both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2) Potwierdzam</w:t>
      </w:r>
      <w:r w:rsidR="005922BE" w:rsidRPr="005922BE">
        <w:rPr>
          <w:rFonts w:asciiTheme="majorHAnsi" w:hAnsiTheme="majorHAnsi" w:cstheme="majorHAnsi"/>
        </w:rPr>
        <w:t xml:space="preserve"> realizację zamówienia w terminie nie dłuższym niż 4 tygodnie, licząc od dnia podpisania umowy.</w:t>
      </w:r>
    </w:p>
    <w:p w14:paraId="2085299C" w14:textId="77777777" w:rsidR="00C52766" w:rsidRPr="00264973" w:rsidRDefault="00000000" w:rsidP="00404BE3">
      <w:pPr>
        <w:spacing w:after="80"/>
        <w:ind w:left="283"/>
        <w:jc w:val="both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3) Oświadczam, że przedmiot zamówienia wykonam siłami własnymi, bez udziału podwykonawców.</w:t>
      </w:r>
    </w:p>
    <w:p w14:paraId="2F99F973" w14:textId="3BC7F37B" w:rsidR="00C52766" w:rsidRPr="00264973" w:rsidRDefault="00000000" w:rsidP="00404BE3">
      <w:pPr>
        <w:spacing w:after="80"/>
        <w:ind w:left="283"/>
        <w:jc w:val="both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 xml:space="preserve">4) Okres gwarancji na oferowany przedmiot zamówienia wynosi: .................... miesięcy </w:t>
      </w:r>
      <w:r w:rsidR="00404BE3" w:rsidRPr="00264973">
        <w:rPr>
          <w:rFonts w:asciiTheme="majorHAnsi" w:hAnsiTheme="majorHAnsi" w:cstheme="majorHAnsi"/>
        </w:rPr>
        <w:br/>
      </w:r>
      <w:r w:rsidRPr="00264973">
        <w:rPr>
          <w:rFonts w:asciiTheme="majorHAnsi" w:hAnsiTheme="majorHAnsi" w:cstheme="majorHAnsi"/>
        </w:rPr>
        <w:t>(minimum 24 miesiące).</w:t>
      </w:r>
    </w:p>
    <w:p w14:paraId="410377F6" w14:textId="77777777" w:rsidR="00C52766" w:rsidRPr="00264973" w:rsidRDefault="00000000" w:rsidP="00404BE3">
      <w:pPr>
        <w:spacing w:after="80"/>
        <w:ind w:left="283"/>
        <w:jc w:val="both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5) Wyrażam zgodę na warunki płatności określone w zapytaniu cenowym (przelew 14 dni od doręczenia faktury).</w:t>
      </w:r>
    </w:p>
    <w:p w14:paraId="3D1DE146" w14:textId="77777777" w:rsidR="00C52766" w:rsidRPr="00264973" w:rsidRDefault="00000000" w:rsidP="00404BE3">
      <w:pPr>
        <w:spacing w:after="80"/>
        <w:ind w:left="283"/>
        <w:jc w:val="both"/>
        <w:rPr>
          <w:rFonts w:asciiTheme="majorHAnsi" w:hAnsiTheme="majorHAnsi" w:cstheme="majorHAnsi"/>
        </w:rPr>
      </w:pPr>
      <w:r w:rsidRPr="00264973">
        <w:rPr>
          <w:rFonts w:asciiTheme="majorHAnsi" w:hAnsiTheme="majorHAnsi" w:cstheme="majorHAnsi"/>
        </w:rPr>
        <w:t>6) Oświadczam, że osoby podpisujące niniejszą ofertę są należycie umocowane do reprezentacji Wykonawcy zgodnie z dokumentem rejestrowym (KRS / CEIDG) lub załączonym pełnomocnictwem.</w:t>
      </w:r>
    </w:p>
    <w:p w14:paraId="3E580A27" w14:textId="77777777" w:rsidR="00C52766" w:rsidRPr="00264973" w:rsidRDefault="00C52766">
      <w:pPr>
        <w:spacing w:before="480"/>
        <w:rPr>
          <w:rFonts w:asciiTheme="majorHAnsi" w:hAnsiTheme="majorHAnsi" w:cstheme="majorHAnsi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C52766" w:rsidRPr="00264973" w14:paraId="115C3D94" w14:textId="77777777">
        <w:trPr>
          <w:jc w:val="center"/>
        </w:trPr>
        <w:tc>
          <w:tcPr>
            <w:tcW w:w="4535" w:type="dxa"/>
          </w:tcPr>
          <w:p w14:paraId="528A5E32" w14:textId="43F8C9B4" w:rsidR="00C52766" w:rsidRPr="00264973" w:rsidRDefault="00000000">
            <w:pPr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20"/>
              </w:rPr>
              <w:t>..........................................................</w:t>
            </w:r>
            <w:r w:rsidR="00404BE3" w:rsidRPr="00264973"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264973">
              <w:rPr>
                <w:rFonts w:asciiTheme="majorHAnsi" w:hAnsiTheme="majorHAnsi" w:cstheme="majorHAnsi"/>
                <w:sz w:val="20"/>
              </w:rPr>
              <w:br/>
            </w:r>
            <w:r w:rsidRPr="00264973">
              <w:rPr>
                <w:rFonts w:asciiTheme="majorHAnsi" w:hAnsiTheme="majorHAnsi" w:cstheme="majorHAnsi"/>
                <w:i/>
                <w:sz w:val="17"/>
              </w:rPr>
              <w:t>(miejscowość i data)</w:t>
            </w:r>
          </w:p>
        </w:tc>
        <w:tc>
          <w:tcPr>
            <w:tcW w:w="4535" w:type="dxa"/>
          </w:tcPr>
          <w:p w14:paraId="214C90D0" w14:textId="0D84D40F" w:rsidR="00C52766" w:rsidRPr="00264973" w:rsidRDefault="00000000">
            <w:pPr>
              <w:jc w:val="right"/>
              <w:rPr>
                <w:rFonts w:asciiTheme="majorHAnsi" w:hAnsiTheme="majorHAnsi" w:cstheme="majorHAnsi"/>
              </w:rPr>
            </w:pPr>
            <w:r w:rsidRPr="00264973">
              <w:rPr>
                <w:rFonts w:asciiTheme="majorHAnsi" w:hAnsiTheme="majorHAnsi" w:cstheme="majorHAnsi"/>
                <w:sz w:val="20"/>
              </w:rPr>
              <w:t>..................................................................................</w:t>
            </w:r>
            <w:r w:rsidR="00404BE3" w:rsidRPr="00264973"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264973">
              <w:rPr>
                <w:rFonts w:asciiTheme="majorHAnsi" w:hAnsiTheme="majorHAnsi" w:cstheme="majorHAnsi"/>
                <w:sz w:val="20"/>
              </w:rPr>
              <w:br/>
            </w:r>
            <w:r w:rsidRPr="00264973">
              <w:rPr>
                <w:rFonts w:asciiTheme="majorHAnsi" w:hAnsiTheme="majorHAnsi" w:cstheme="majorHAnsi"/>
                <w:i/>
                <w:sz w:val="17"/>
              </w:rPr>
              <w:t>(podpis Wykonawcy lub osoby upoważnionej i pieczątka)</w:t>
            </w:r>
          </w:p>
        </w:tc>
      </w:tr>
    </w:tbl>
    <w:p w14:paraId="1AB30B38" w14:textId="77777777" w:rsidR="00007A06" w:rsidRPr="00264973" w:rsidRDefault="00007A06">
      <w:pPr>
        <w:rPr>
          <w:rFonts w:asciiTheme="majorHAnsi" w:hAnsiTheme="majorHAnsi" w:cstheme="majorHAnsi"/>
        </w:rPr>
      </w:pPr>
    </w:p>
    <w:sectPr w:rsidR="00007A06" w:rsidRPr="00264973" w:rsidSect="00034616">
      <w:head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D8519" w14:textId="77777777" w:rsidR="009B2482" w:rsidRDefault="009B2482" w:rsidP="006D7E3B">
      <w:pPr>
        <w:spacing w:after="0" w:line="240" w:lineRule="auto"/>
      </w:pPr>
      <w:r>
        <w:separator/>
      </w:r>
    </w:p>
  </w:endnote>
  <w:endnote w:type="continuationSeparator" w:id="0">
    <w:p w14:paraId="78DB1384" w14:textId="77777777" w:rsidR="009B2482" w:rsidRDefault="009B2482" w:rsidP="006D7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EAB83" w14:textId="77777777" w:rsidR="009B2482" w:rsidRDefault="009B2482" w:rsidP="006D7E3B">
      <w:pPr>
        <w:spacing w:after="0" w:line="240" w:lineRule="auto"/>
      </w:pPr>
      <w:r>
        <w:separator/>
      </w:r>
    </w:p>
  </w:footnote>
  <w:footnote w:type="continuationSeparator" w:id="0">
    <w:p w14:paraId="1FCCDC25" w14:textId="77777777" w:rsidR="009B2482" w:rsidRDefault="009B2482" w:rsidP="006D7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5FA3" w14:textId="5C3FD0B5" w:rsidR="006D7E3B" w:rsidRDefault="006D7E3B">
    <w:pPr>
      <w:pStyle w:val="Nagwek"/>
    </w:pPr>
    <w:r>
      <w:rPr>
        <w:noProof/>
      </w:rPr>
      <w:drawing>
        <wp:inline distT="0" distB="0" distL="0" distR="0" wp14:anchorId="17369A74" wp14:editId="24D020CB">
          <wp:extent cx="5486400" cy="626745"/>
          <wp:effectExtent l="0" t="0" r="0" b="1905"/>
          <wp:docPr id="148161092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610921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2925047">
    <w:abstractNumId w:val="8"/>
  </w:num>
  <w:num w:numId="2" w16cid:durableId="515777567">
    <w:abstractNumId w:val="6"/>
  </w:num>
  <w:num w:numId="3" w16cid:durableId="1800562488">
    <w:abstractNumId w:val="5"/>
  </w:num>
  <w:num w:numId="4" w16cid:durableId="264385878">
    <w:abstractNumId w:val="4"/>
  </w:num>
  <w:num w:numId="5" w16cid:durableId="129909840">
    <w:abstractNumId w:val="7"/>
  </w:num>
  <w:num w:numId="6" w16cid:durableId="555438452">
    <w:abstractNumId w:val="3"/>
  </w:num>
  <w:num w:numId="7" w16cid:durableId="1113942276">
    <w:abstractNumId w:val="2"/>
  </w:num>
  <w:num w:numId="8" w16cid:durableId="354043580">
    <w:abstractNumId w:val="1"/>
  </w:num>
  <w:num w:numId="9" w16cid:durableId="126256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DD1"/>
    <w:rsid w:val="00007A06"/>
    <w:rsid w:val="00034616"/>
    <w:rsid w:val="0006063C"/>
    <w:rsid w:val="00114C18"/>
    <w:rsid w:val="0015074B"/>
    <w:rsid w:val="00264973"/>
    <w:rsid w:val="00270918"/>
    <w:rsid w:val="0029639D"/>
    <w:rsid w:val="00326F90"/>
    <w:rsid w:val="003C1412"/>
    <w:rsid w:val="003C770C"/>
    <w:rsid w:val="00404BE3"/>
    <w:rsid w:val="00506931"/>
    <w:rsid w:val="005922BE"/>
    <w:rsid w:val="005A021C"/>
    <w:rsid w:val="005B7B91"/>
    <w:rsid w:val="006D7E3B"/>
    <w:rsid w:val="0091109D"/>
    <w:rsid w:val="009B2482"/>
    <w:rsid w:val="00A34A0A"/>
    <w:rsid w:val="00AA1D8D"/>
    <w:rsid w:val="00B47730"/>
    <w:rsid w:val="00C52766"/>
    <w:rsid w:val="00CB0664"/>
    <w:rsid w:val="00CF608E"/>
    <w:rsid w:val="00D2259D"/>
    <w:rsid w:val="00E775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98D31"/>
  <w14:defaultImageDpi w14:val="300"/>
  <w15:docId w15:val="{12AD73E0-D3E9-4A06-8B7B-1D69F3E5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Kinga Makarewicz</cp:lastModifiedBy>
  <cp:revision>16</cp:revision>
  <cp:lastPrinted>2026-09-09T08:10:00Z</cp:lastPrinted>
  <dcterms:created xsi:type="dcterms:W3CDTF">2013-12-23T23:15:00Z</dcterms:created>
  <dcterms:modified xsi:type="dcterms:W3CDTF">2026-09-23T09:31:00Z</dcterms:modified>
  <cp:category/>
</cp:coreProperties>
</file>