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56B2" w14:textId="474ACE25" w:rsidR="00F6634F" w:rsidRPr="00F1103A" w:rsidRDefault="00000000">
      <w:pPr>
        <w:spacing w:after="240"/>
        <w:jc w:val="right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i/>
          <w:sz w:val="19"/>
        </w:rPr>
        <w:t>Załącznik do Zapytania Ofertowego</w:t>
      </w:r>
      <w:r w:rsidRPr="00F1103A">
        <w:rPr>
          <w:rFonts w:ascii="Times New Roman" w:hAnsi="Times New Roman" w:cs="Times New Roman"/>
          <w:i/>
          <w:sz w:val="19"/>
        </w:rPr>
        <w:br/>
        <w:t>Znak sprawy: OPS.262.13.2026</w:t>
      </w:r>
      <w:r w:rsidRPr="00F1103A">
        <w:rPr>
          <w:rFonts w:ascii="Times New Roman" w:hAnsi="Times New Roman" w:cs="Times New Roman"/>
          <w:i/>
          <w:sz w:val="19"/>
        </w:rPr>
        <w:br/>
      </w:r>
      <w:r w:rsidRPr="00F1103A">
        <w:rPr>
          <w:rFonts w:ascii="Times New Roman" w:hAnsi="Times New Roman" w:cs="Times New Roman"/>
          <w:i/>
          <w:sz w:val="19"/>
        </w:rPr>
        <w:br/>
      </w:r>
    </w:p>
    <w:p w14:paraId="564A96CC" w14:textId="77777777" w:rsidR="00F6634F" w:rsidRPr="00F1103A" w:rsidRDefault="00000000">
      <w:pPr>
        <w:spacing w:after="80"/>
        <w:jc w:val="center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  <w:sz w:val="28"/>
        </w:rPr>
        <w:t>OFERTA WYKONAWCY</w:t>
      </w:r>
    </w:p>
    <w:p w14:paraId="0687E96E" w14:textId="1BD33DAE" w:rsidR="00F6634F" w:rsidRPr="00F1103A" w:rsidRDefault="00000000">
      <w:pPr>
        <w:spacing w:after="320"/>
        <w:jc w:val="center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i/>
          <w:sz w:val="20"/>
        </w:rPr>
        <w:t xml:space="preserve">w odpowiedzi na Zapytanie Ofertowe na zorganizowanie i przeprowadzenie 2-dniowej wycieczki integracyjno-edukacyjnej dla 35 osób do Zatora i Zabrza w dniach 5–6 grudnia 2026 r. </w:t>
      </w:r>
    </w:p>
    <w:p w14:paraId="2712D8DC" w14:textId="77777777" w:rsidR="00F6634F" w:rsidRPr="00F1103A" w:rsidRDefault="00000000">
      <w:pPr>
        <w:spacing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</w:rPr>
        <w:t>I. DANE WYKONAWCY</w:t>
      </w:r>
    </w:p>
    <w:p w14:paraId="191636BB" w14:textId="57D7A3B9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Nazwa Wykonawcy: ..................................................................................................................</w:t>
      </w:r>
    </w:p>
    <w:p w14:paraId="043E705D" w14:textId="13E51EB4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Adres siedziby: ......................................................................................................................</w:t>
      </w:r>
      <w:r w:rsidR="00E33690" w:rsidRPr="00F1103A">
        <w:rPr>
          <w:rFonts w:ascii="Times New Roman" w:hAnsi="Times New Roman" w:cs="Times New Roman"/>
        </w:rPr>
        <w:t>....</w:t>
      </w:r>
    </w:p>
    <w:p w14:paraId="18699B65" w14:textId="5660CACD" w:rsidR="00E33690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NIP: ..........................................................</w:t>
      </w:r>
      <w:r w:rsidR="00E33690" w:rsidRPr="00F1103A">
        <w:rPr>
          <w:rFonts w:ascii="Times New Roman" w:hAnsi="Times New Roman" w:cs="Times New Roman"/>
        </w:rPr>
        <w:t>..................................................................................</w:t>
      </w:r>
    </w:p>
    <w:p w14:paraId="6A695DC0" w14:textId="04A40C45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REGON: ..........................................................</w:t>
      </w:r>
      <w:r w:rsidR="00E33690" w:rsidRPr="00F1103A">
        <w:rPr>
          <w:rFonts w:ascii="Times New Roman" w:hAnsi="Times New Roman" w:cs="Times New Roman"/>
        </w:rPr>
        <w:t>............................................................................</w:t>
      </w:r>
    </w:p>
    <w:p w14:paraId="673E70E7" w14:textId="24776C3D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Osoba do kontaktu: ............................................................................................................</w:t>
      </w:r>
      <w:r w:rsidR="00E33690" w:rsidRPr="00F1103A">
        <w:rPr>
          <w:rFonts w:ascii="Times New Roman" w:hAnsi="Times New Roman" w:cs="Times New Roman"/>
        </w:rPr>
        <w:t>.......</w:t>
      </w:r>
    </w:p>
    <w:p w14:paraId="617E4C2C" w14:textId="14802A58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Nr telefonu / e-mail: ...............................................................................................................</w:t>
      </w:r>
      <w:r w:rsidR="00E33690" w:rsidRPr="00F1103A">
        <w:rPr>
          <w:rFonts w:ascii="Times New Roman" w:hAnsi="Times New Roman" w:cs="Times New Roman"/>
        </w:rPr>
        <w:t>...</w:t>
      </w:r>
    </w:p>
    <w:p w14:paraId="453D104C" w14:textId="7B51492D" w:rsidR="00F6634F" w:rsidRPr="00F1103A" w:rsidRDefault="00000000" w:rsidP="00E33690">
      <w:pPr>
        <w:pStyle w:val="Akapitzlist"/>
        <w:numPr>
          <w:ilvl w:val="0"/>
          <w:numId w:val="14"/>
        </w:num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Nr rachunku bankowego: ..................................................................................</w:t>
      </w:r>
      <w:r w:rsidR="00E33690" w:rsidRPr="00F1103A">
        <w:rPr>
          <w:rFonts w:ascii="Times New Roman" w:hAnsi="Times New Roman" w:cs="Times New Roman"/>
        </w:rPr>
        <w:t>.........................</w:t>
      </w:r>
    </w:p>
    <w:p w14:paraId="52A7050E" w14:textId="77777777" w:rsidR="00F6634F" w:rsidRPr="00F1103A" w:rsidRDefault="00000000">
      <w:pPr>
        <w:spacing w:before="200"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</w:rPr>
        <w:t>II. CAŁKOWITA CENA BRUTTO ZA WYKONANIE ZAMÓWIENIA</w:t>
      </w:r>
    </w:p>
    <w:p w14:paraId="7C9E2257" w14:textId="089CE14D" w:rsidR="00E33690" w:rsidRPr="00F1103A" w:rsidRDefault="00E33690" w:rsidP="00E33690">
      <w:pPr>
        <w:pStyle w:val="Akapitzlist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</w:rPr>
      </w:pPr>
      <w:bookmarkStart w:id="0" w:name="_Hlk233194238"/>
      <w:r w:rsidRPr="00F1103A">
        <w:rPr>
          <w:rFonts w:ascii="Times New Roman" w:hAnsi="Times New Roman" w:cs="Times New Roman"/>
        </w:rPr>
        <w:t xml:space="preserve">Łączna cena brutto za organizację wyjazdu dla </w:t>
      </w:r>
      <w:r w:rsidRPr="00F1103A">
        <w:rPr>
          <w:rFonts w:ascii="Times New Roman" w:hAnsi="Times New Roman" w:cs="Times New Roman"/>
          <w:b/>
          <w:bCs/>
        </w:rPr>
        <w:t>35</w:t>
      </w:r>
      <w:r w:rsidRPr="00F1103A">
        <w:rPr>
          <w:rFonts w:ascii="Times New Roman" w:hAnsi="Times New Roman" w:cs="Times New Roman"/>
        </w:rPr>
        <w:t xml:space="preserve"> osób: .................................. PLN</w:t>
      </w:r>
    </w:p>
    <w:p w14:paraId="59985FAF" w14:textId="2D82EBCF" w:rsidR="00E33690" w:rsidRPr="00F1103A" w:rsidRDefault="00E33690" w:rsidP="00E33690">
      <w:pPr>
        <w:spacing w:after="120"/>
        <w:ind w:left="36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(Cena obejmuje wszelkie koszty związane z realizacją zamówienia, w szczególności: transport, nocleg, wyżywienie, bilety wstępu, usługi przewodnika lub pilota, ubezpieczenie uczestników, opłaty drogowe, podatki oraz inne koszty niezbędne do prawidłowej realizacji wyjazdu.)</w:t>
      </w:r>
    </w:p>
    <w:p w14:paraId="459BB4FC" w14:textId="77777777" w:rsidR="00E33690" w:rsidRPr="00F1103A" w:rsidRDefault="00E33690" w:rsidP="00E33690">
      <w:pPr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Koszt brutto przypadający na </w:t>
      </w:r>
      <w:r w:rsidRPr="00F1103A">
        <w:rPr>
          <w:rFonts w:ascii="Times New Roman" w:hAnsi="Times New Roman" w:cs="Times New Roman"/>
          <w:b/>
          <w:bCs/>
        </w:rPr>
        <w:t>1</w:t>
      </w:r>
      <w:r w:rsidRPr="00F1103A">
        <w:rPr>
          <w:rFonts w:ascii="Times New Roman" w:hAnsi="Times New Roman" w:cs="Times New Roman"/>
        </w:rPr>
        <w:t xml:space="preserve"> uczestnika: .................................. PLN</w:t>
      </w:r>
    </w:p>
    <w:p w14:paraId="017AFD6B" w14:textId="77777777" w:rsidR="00E33690" w:rsidRPr="00F1103A" w:rsidRDefault="00E33690" w:rsidP="00E33690">
      <w:pPr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</w:rPr>
      </w:pPr>
      <w:bookmarkStart w:id="1" w:name="_Hlk233195249"/>
      <w:r w:rsidRPr="00F1103A">
        <w:rPr>
          <w:rFonts w:ascii="Times New Roman" w:hAnsi="Times New Roman" w:cs="Times New Roman"/>
        </w:rPr>
        <w:t xml:space="preserve">Zamawiający zastrzega sobie możliwość zmniejszenia liczby uczestników o maksymalnie </w:t>
      </w:r>
      <w:r w:rsidRPr="00F1103A">
        <w:rPr>
          <w:rFonts w:ascii="Times New Roman" w:hAnsi="Times New Roman" w:cs="Times New Roman"/>
          <w:b/>
          <w:bCs/>
        </w:rPr>
        <w:t xml:space="preserve">2 </w:t>
      </w:r>
      <w:r w:rsidRPr="00F1103A">
        <w:rPr>
          <w:rFonts w:ascii="Times New Roman" w:hAnsi="Times New Roman" w:cs="Times New Roman"/>
        </w:rPr>
        <w:t>osoby. W takim przypadku wynagrodzenie Wykonawcy zostanie pomniejszone o koszt brutto przypadający na każdą rezygnującą osobę wskazany w pkt 2.</w:t>
      </w:r>
    </w:p>
    <w:p w14:paraId="6658AB7D" w14:textId="77777777" w:rsidR="00E33690" w:rsidRPr="00F1103A" w:rsidRDefault="00E33690" w:rsidP="00E33690">
      <w:pPr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Zamawiający zastrzega sobie również możliwość zwiększenia liczby uczestników o maksymalnie 2 osoby, pod warunkiem istnienia możliwości technicznych i organizacyjnych po stronie Wykonawcy. W takim przypadku wynagrodzenie Wykonawcy zostanie zwiększone o koszt brutto przypadający na każdą dodatkową osobę wskazany w pkt 2.</w:t>
      </w:r>
    </w:p>
    <w:p w14:paraId="52A473F1" w14:textId="224D2F11" w:rsidR="00E33690" w:rsidRPr="00F1103A" w:rsidRDefault="00E33690" w:rsidP="00E33690">
      <w:pPr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Wykonawca oświadcza, że cena ofertowa jest ceną stałą i nie podlega zmianie przez cały okres obowiązywania umowy, począwszy od dnia złożenia oferty do dnia pełnej realizacji przedmiotu zamówienia, z zastrzeżeniem przypadków wyraźnie przewidzianych w umowie lub przepisach prawa.</w:t>
      </w:r>
    </w:p>
    <w:p w14:paraId="2E314406" w14:textId="77777777" w:rsidR="00E33690" w:rsidRDefault="00E33690" w:rsidP="00E33690">
      <w:pPr>
        <w:spacing w:after="120"/>
        <w:jc w:val="both"/>
        <w:rPr>
          <w:rFonts w:ascii="Times New Roman" w:hAnsi="Times New Roman" w:cs="Times New Roman"/>
        </w:rPr>
      </w:pPr>
    </w:p>
    <w:p w14:paraId="77A616EF" w14:textId="77777777" w:rsidR="00F1103A" w:rsidRDefault="00F1103A" w:rsidP="00E33690">
      <w:pPr>
        <w:spacing w:after="120"/>
        <w:jc w:val="both"/>
        <w:rPr>
          <w:rFonts w:ascii="Times New Roman" w:hAnsi="Times New Roman" w:cs="Times New Roman"/>
        </w:rPr>
      </w:pPr>
    </w:p>
    <w:p w14:paraId="33D9D846" w14:textId="77777777" w:rsidR="00F1103A" w:rsidRPr="00F1103A" w:rsidRDefault="00F1103A" w:rsidP="00E33690">
      <w:pPr>
        <w:spacing w:after="120"/>
        <w:jc w:val="both"/>
        <w:rPr>
          <w:rFonts w:ascii="Times New Roman" w:hAnsi="Times New Roman" w:cs="Times New Roman"/>
        </w:rPr>
      </w:pPr>
    </w:p>
    <w:p w14:paraId="05E4760B" w14:textId="77777777" w:rsidR="00E33690" w:rsidRPr="00F1103A" w:rsidRDefault="00E33690" w:rsidP="00E33690">
      <w:pPr>
        <w:spacing w:after="120"/>
        <w:jc w:val="both"/>
        <w:rPr>
          <w:rFonts w:ascii="Times New Roman" w:hAnsi="Times New Roman" w:cs="Times New Roman"/>
        </w:rPr>
      </w:pPr>
    </w:p>
    <w:p w14:paraId="5099EDDF" w14:textId="77777777" w:rsidR="00633AFE" w:rsidRPr="00F1103A" w:rsidRDefault="00633AFE" w:rsidP="00E33690">
      <w:pPr>
        <w:spacing w:after="120"/>
        <w:jc w:val="both"/>
        <w:rPr>
          <w:rFonts w:ascii="Times New Roman" w:hAnsi="Times New Roman" w:cs="Times New Roman"/>
        </w:rPr>
      </w:pPr>
    </w:p>
    <w:bookmarkEnd w:id="0"/>
    <w:bookmarkEnd w:id="1"/>
    <w:p w14:paraId="162FFB4D" w14:textId="77777777" w:rsidR="00F6634F" w:rsidRPr="00F1103A" w:rsidRDefault="00000000">
      <w:pPr>
        <w:spacing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</w:rPr>
        <w:t>III. INFORMACJE O ZAKWATEROWANIU I PROGRAMIE WYCIECZKI</w:t>
      </w:r>
    </w:p>
    <w:p w14:paraId="49C878BD" w14:textId="23DA2599" w:rsidR="00F6634F" w:rsidRPr="00F1103A" w:rsidRDefault="00000000">
      <w:pPr>
        <w:spacing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1. Nazwa, adres i standard proponowanego obiektu noclegowego</w:t>
      </w:r>
      <w:r w:rsidR="00633AFE" w:rsidRPr="00F1103A">
        <w:rPr>
          <w:rFonts w:ascii="Times New Roman" w:hAnsi="Times New Roman" w:cs="Times New Roman"/>
        </w:rPr>
        <w:t>:</w:t>
      </w:r>
      <w:r w:rsidRPr="00F1103A">
        <w:rPr>
          <w:rFonts w:ascii="Times New Roman" w:hAnsi="Times New Roman" w:cs="Times New Roman"/>
        </w:rPr>
        <w:br/>
        <w:t xml:space="preserve">   ....................................................................................................................................................................</w:t>
      </w:r>
    </w:p>
    <w:p w14:paraId="2ACCCB3F" w14:textId="0958C02C" w:rsidR="00F6634F" w:rsidRPr="00F1103A" w:rsidRDefault="00000000">
      <w:pPr>
        <w:spacing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2. Miejsce i opis wyżywienia</w:t>
      </w:r>
      <w:r w:rsidR="00633AFE" w:rsidRPr="00F1103A">
        <w:rPr>
          <w:rFonts w:ascii="Times New Roman" w:hAnsi="Times New Roman" w:cs="Times New Roman"/>
        </w:rPr>
        <w:t>:</w:t>
      </w:r>
      <w:r w:rsidRPr="00F1103A">
        <w:rPr>
          <w:rFonts w:ascii="Times New Roman" w:hAnsi="Times New Roman" w:cs="Times New Roman"/>
        </w:rPr>
        <w:br/>
        <w:t xml:space="preserve">   ....................................................................................................................................................................</w:t>
      </w:r>
    </w:p>
    <w:p w14:paraId="7DEE8F88" w14:textId="77777777" w:rsidR="00F6634F" w:rsidRPr="00F1103A" w:rsidRDefault="00000000">
      <w:pPr>
        <w:spacing w:before="160"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</w:rPr>
        <w:t>IV. OŚWIADCZENIA WYKONAWCY</w:t>
      </w:r>
    </w:p>
    <w:p w14:paraId="44054459" w14:textId="44C5A9ED" w:rsidR="00F6634F" w:rsidRPr="00F1103A" w:rsidRDefault="00000000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1. </w:t>
      </w:r>
      <w:r w:rsidR="004C6E9A" w:rsidRPr="00F1103A">
        <w:rPr>
          <w:rFonts w:ascii="Times New Roman" w:hAnsi="Times New Roman" w:cs="Times New Roman"/>
        </w:rPr>
        <w:t>Oświadczam, że zapoznałem się z treścią Zapytania Ofertowego, w tym z Opisem Przedmiotu Zamówienia (OPZ), akceptuję wszystkie określone w nim warunki i nie wnoszę do nich żadnych zastrzeżeń. Jednocześnie wyrażam zgodę na włączenie Zapytania Ofertowego do przyszłej umowy jako jej integralnej części i załącznika, stanowiącego podstawę realizacji zamówienia.</w:t>
      </w:r>
    </w:p>
    <w:p w14:paraId="191BF28F" w14:textId="77777777" w:rsidR="00F6634F" w:rsidRPr="00F1103A" w:rsidRDefault="00000000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2. Potwierdzam gotowość do realizacji zamówienia w terminie: 5–6 grudnia 2026 r.</w:t>
      </w:r>
    </w:p>
    <w:p w14:paraId="603524D3" w14:textId="77777777" w:rsidR="00F6634F" w:rsidRPr="00F1103A" w:rsidRDefault="00000000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3. Oświadczam, że zaoferowana cena jest ceną stałą, ostateczną i obejmuje wszystkie koszty niezbędne do należytego wykonania zamówienia.</w:t>
      </w:r>
    </w:p>
    <w:p w14:paraId="71D29A6D" w14:textId="7F24C9EA" w:rsidR="00F6634F" w:rsidRPr="00F1103A" w:rsidRDefault="00000000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4. Wyrażam zgodę na warunki płatności określone w Zapytaniu Ofertowym (przelew w terminie 14 dni </w:t>
      </w:r>
      <w:r w:rsidR="00633AFE" w:rsidRPr="00F1103A">
        <w:rPr>
          <w:rFonts w:ascii="Times New Roman" w:hAnsi="Times New Roman" w:cs="Times New Roman"/>
        </w:rPr>
        <w:br/>
      </w:r>
      <w:r w:rsidRPr="00F1103A">
        <w:rPr>
          <w:rFonts w:ascii="Times New Roman" w:hAnsi="Times New Roman" w:cs="Times New Roman"/>
        </w:rPr>
        <w:t>od dnia doręczenia prawidłowo wystawionej faktury po wykonaniu usługi).</w:t>
      </w:r>
    </w:p>
    <w:p w14:paraId="377B3764" w14:textId="6BC852FE" w:rsidR="00F6634F" w:rsidRPr="00F1103A" w:rsidRDefault="00000000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5. Oświadczam, że uważam się za związanego niniejszą ofertą przez okres 30 dni od upływu terminu</w:t>
      </w:r>
      <w:r w:rsidR="00633AFE" w:rsidRPr="00F1103A">
        <w:rPr>
          <w:rFonts w:ascii="Times New Roman" w:hAnsi="Times New Roman" w:cs="Times New Roman"/>
        </w:rPr>
        <w:t xml:space="preserve"> </w:t>
      </w:r>
      <w:r w:rsidRPr="00F1103A">
        <w:rPr>
          <w:rFonts w:ascii="Times New Roman" w:hAnsi="Times New Roman" w:cs="Times New Roman"/>
        </w:rPr>
        <w:t>składania ofert.</w:t>
      </w:r>
    </w:p>
    <w:p w14:paraId="0D08D178" w14:textId="2AAD23B6" w:rsidR="00F6634F" w:rsidRPr="00F1103A" w:rsidRDefault="004C6E9A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6. Oświadczam, że nie podlegam wykluczeniu z postępowania na podstawie art. 7 ust. 1 ustawy z dnia </w:t>
      </w:r>
      <w:r w:rsidR="00633AFE" w:rsidRPr="00F1103A">
        <w:rPr>
          <w:rFonts w:ascii="Times New Roman" w:hAnsi="Times New Roman" w:cs="Times New Roman"/>
        </w:rPr>
        <w:br/>
      </w:r>
      <w:r w:rsidRPr="00F1103A">
        <w:rPr>
          <w:rFonts w:ascii="Times New Roman" w:hAnsi="Times New Roman" w:cs="Times New Roman"/>
        </w:rPr>
        <w:t>13 kwietnia 2022 r. o szczególnych rozwiązaniach w zakresie przeciwdziałania wspieraniu agresji na Ukrainę oraz służących ochronie bezpieczeństwa narodowego (Dz. U. z 2024 r. poz. 507 z późn. zm.).</w:t>
      </w:r>
    </w:p>
    <w:p w14:paraId="2658AFC7" w14:textId="21BEBFB7" w:rsidR="00F6634F" w:rsidRPr="00F1103A" w:rsidRDefault="004C6E9A" w:rsidP="00633AFE">
      <w:pPr>
        <w:spacing w:after="80"/>
        <w:jc w:val="both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7. Oświadczam, że wypełniłem obowiązki informacyjne przewidziane w art. 13 lub art. 14 RODO (Rozporządzenia Parlamentu Europejskiego i Rady (UE) 2016/679 z dnia 27 kwietnia 2016 r.) wobec osób fizycznych, od których dane osobowe bezpośrednio lub pośrednio pozyskałem w celu ubiegania się </w:t>
      </w:r>
      <w:r w:rsidR="00633AFE" w:rsidRPr="00F1103A">
        <w:rPr>
          <w:rFonts w:ascii="Times New Roman" w:hAnsi="Times New Roman" w:cs="Times New Roman"/>
        </w:rPr>
        <w:br/>
      </w:r>
      <w:r w:rsidRPr="00F1103A">
        <w:rPr>
          <w:rFonts w:ascii="Times New Roman" w:hAnsi="Times New Roman" w:cs="Times New Roman"/>
        </w:rPr>
        <w:t>o udzielenie zamówienia publicznego w niniejszym postępowaniu.</w:t>
      </w:r>
    </w:p>
    <w:p w14:paraId="335C2E33" w14:textId="77777777" w:rsidR="00F6634F" w:rsidRPr="00F1103A" w:rsidRDefault="00000000">
      <w:pPr>
        <w:spacing w:before="160" w:after="12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b/>
        </w:rPr>
        <w:t>V. WYKAZ ZAŁĄCZNIKÓW DO OFERTY</w:t>
      </w:r>
    </w:p>
    <w:p w14:paraId="72652A40" w14:textId="2C1E0CA5" w:rsidR="00F6634F" w:rsidRPr="00F1103A" w:rsidRDefault="00000000">
      <w:p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1. Szczegółowy program wycieczki</w:t>
      </w:r>
    </w:p>
    <w:p w14:paraId="2E12BD48" w14:textId="1E8A8D46" w:rsidR="00F6634F" w:rsidRPr="00F1103A" w:rsidRDefault="00000000">
      <w:p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2. Informacja o obiekcie noclegowym</w:t>
      </w:r>
      <w:r w:rsidR="00633AFE" w:rsidRPr="00F1103A">
        <w:rPr>
          <w:rFonts w:ascii="Times New Roman" w:hAnsi="Times New Roman" w:cs="Times New Roman"/>
        </w:rPr>
        <w:t>.</w:t>
      </w:r>
    </w:p>
    <w:p w14:paraId="71D61B0E" w14:textId="7B152541" w:rsidR="004C6E9A" w:rsidRPr="00F1103A" w:rsidRDefault="00000000" w:rsidP="004C6E9A">
      <w:pPr>
        <w:spacing w:after="8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 xml:space="preserve">3. </w:t>
      </w:r>
      <w:r w:rsidR="004C6E9A" w:rsidRPr="00F1103A">
        <w:rPr>
          <w:rFonts w:ascii="Times New Roman" w:hAnsi="Times New Roman" w:cs="Times New Roman"/>
        </w:rPr>
        <w:t>Dokument potwierdzający wpis do rejestru organizatorów turystyki (jeśli dotyczy).</w:t>
      </w:r>
    </w:p>
    <w:p w14:paraId="2A42FDE3" w14:textId="06C8EA53" w:rsidR="004C6E9A" w:rsidRPr="00F1103A" w:rsidRDefault="004C6E9A" w:rsidP="004C6E9A">
      <w:pPr>
        <w:spacing w:after="80"/>
        <w:rPr>
          <w:rFonts w:ascii="Times New Roman" w:hAnsi="Times New Roman" w:cs="Times New Roman"/>
          <w:sz w:val="19"/>
        </w:rPr>
      </w:pPr>
      <w:r w:rsidRPr="00F1103A">
        <w:rPr>
          <w:rFonts w:ascii="Times New Roman" w:hAnsi="Times New Roman" w:cs="Times New Roman"/>
        </w:rPr>
        <w:t>4. Oświadczenie o zapoznaniu się z treścią zapytania ofertowego oraz o akceptacji jego warunków, w tym warunków realizacji zamówienia</w:t>
      </w:r>
      <w:r w:rsidR="00B54FB1">
        <w:rPr>
          <w:rFonts w:ascii="Times New Roman" w:hAnsi="Times New Roman" w:cs="Times New Roman"/>
        </w:rPr>
        <w:t>.</w:t>
      </w:r>
    </w:p>
    <w:p w14:paraId="255681AD" w14:textId="77777777" w:rsidR="004C6E9A" w:rsidRPr="00F1103A" w:rsidRDefault="004C6E9A" w:rsidP="004C6E9A">
      <w:pPr>
        <w:spacing w:after="80"/>
        <w:jc w:val="right"/>
        <w:rPr>
          <w:rFonts w:ascii="Times New Roman" w:hAnsi="Times New Roman" w:cs="Times New Roman"/>
          <w:sz w:val="19"/>
        </w:rPr>
      </w:pPr>
    </w:p>
    <w:p w14:paraId="23E989B8" w14:textId="232EA153" w:rsidR="004C6E9A" w:rsidRPr="00F1103A" w:rsidRDefault="004C6E9A" w:rsidP="004C6E9A">
      <w:pPr>
        <w:spacing w:after="80"/>
        <w:jc w:val="right"/>
        <w:rPr>
          <w:rFonts w:ascii="Times New Roman" w:hAnsi="Times New Roman" w:cs="Times New Roman"/>
          <w:sz w:val="19"/>
        </w:rPr>
      </w:pPr>
      <w:r w:rsidRPr="00F1103A">
        <w:rPr>
          <w:rFonts w:ascii="Times New Roman" w:hAnsi="Times New Roman" w:cs="Times New Roman"/>
          <w:sz w:val="19"/>
        </w:rPr>
        <w:t>……………………………………………………………………</w:t>
      </w:r>
    </w:p>
    <w:p w14:paraId="373AB884" w14:textId="51551E0E" w:rsidR="00F6634F" w:rsidRPr="00F1103A" w:rsidRDefault="00000000" w:rsidP="004C6E9A">
      <w:pPr>
        <w:spacing w:after="80"/>
        <w:jc w:val="right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  <w:sz w:val="19"/>
        </w:rPr>
        <w:br/>
        <w:t>(</w:t>
      </w:r>
      <w:r w:rsidR="004C6E9A" w:rsidRPr="00F1103A">
        <w:rPr>
          <w:rFonts w:ascii="Times New Roman" w:hAnsi="Times New Roman" w:cs="Times New Roman"/>
          <w:sz w:val="19"/>
        </w:rPr>
        <w:t>Data, pieczęć i podpis Wykonawcy</w:t>
      </w:r>
      <w:r w:rsidRPr="00F1103A">
        <w:rPr>
          <w:rFonts w:ascii="Times New Roman" w:hAnsi="Times New Roman" w:cs="Times New Roman"/>
          <w:sz w:val="19"/>
        </w:rPr>
        <w:t>)</w:t>
      </w:r>
    </w:p>
    <w:p w14:paraId="62C57FEF" w14:textId="77777777" w:rsidR="00F6634F" w:rsidRPr="00F1103A" w:rsidRDefault="00000000">
      <w:pPr>
        <w:spacing w:before="240"/>
        <w:rPr>
          <w:rFonts w:ascii="Times New Roman" w:hAnsi="Times New Roman" w:cs="Times New Roman"/>
        </w:rPr>
      </w:pPr>
      <w:r w:rsidRPr="00F1103A">
        <w:rPr>
          <w:rFonts w:ascii="Times New Roman" w:hAnsi="Times New Roman" w:cs="Times New Roman"/>
        </w:rPr>
        <w:t>Miejscowość: ....................................., dnia ........................... r.</w:t>
      </w:r>
    </w:p>
    <w:sectPr w:rsidR="00F6634F" w:rsidRPr="00F1103A" w:rsidSect="00034616">
      <w:headerReference w:type="default" r:id="rId8"/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2B82" w14:textId="77777777" w:rsidR="00F07BB2" w:rsidRDefault="00F07BB2" w:rsidP="00BA799F">
      <w:pPr>
        <w:spacing w:after="0" w:line="240" w:lineRule="auto"/>
      </w:pPr>
      <w:r>
        <w:separator/>
      </w:r>
    </w:p>
  </w:endnote>
  <w:endnote w:type="continuationSeparator" w:id="0">
    <w:p w14:paraId="42EDFFC7" w14:textId="77777777" w:rsidR="00F07BB2" w:rsidRDefault="00F07BB2" w:rsidP="00BA7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8FFF" w14:textId="77777777" w:rsidR="00F07BB2" w:rsidRDefault="00F07BB2" w:rsidP="00BA799F">
      <w:pPr>
        <w:spacing w:after="0" w:line="240" w:lineRule="auto"/>
      </w:pPr>
      <w:r>
        <w:separator/>
      </w:r>
    </w:p>
  </w:footnote>
  <w:footnote w:type="continuationSeparator" w:id="0">
    <w:p w14:paraId="4DD1D08C" w14:textId="77777777" w:rsidR="00F07BB2" w:rsidRDefault="00F07BB2" w:rsidP="00BA7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7D5C" w14:textId="6D075F05" w:rsidR="00BA799F" w:rsidRDefault="00BA799F">
    <w:pPr>
      <w:pStyle w:val="Nagwek"/>
    </w:pPr>
    <w:r>
      <w:rPr>
        <w:noProof/>
      </w:rPr>
      <w:drawing>
        <wp:inline distT="0" distB="0" distL="0" distR="0" wp14:anchorId="4ED52832" wp14:editId="6273D6DC">
          <wp:extent cx="5486400" cy="628650"/>
          <wp:effectExtent l="0" t="0" r="0" b="0"/>
          <wp:docPr id="6805632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3560FF"/>
    <w:multiLevelType w:val="hybridMultilevel"/>
    <w:tmpl w:val="B972CC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F53E5B"/>
    <w:multiLevelType w:val="hybridMultilevel"/>
    <w:tmpl w:val="B49A0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94BBF"/>
    <w:multiLevelType w:val="hybridMultilevel"/>
    <w:tmpl w:val="3C18D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726C8"/>
    <w:multiLevelType w:val="hybridMultilevel"/>
    <w:tmpl w:val="C20E1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E6FAB"/>
    <w:multiLevelType w:val="hybridMultilevel"/>
    <w:tmpl w:val="9D30C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857162">
    <w:abstractNumId w:val="8"/>
  </w:num>
  <w:num w:numId="2" w16cid:durableId="1704817698">
    <w:abstractNumId w:val="6"/>
  </w:num>
  <w:num w:numId="3" w16cid:durableId="1460799383">
    <w:abstractNumId w:val="5"/>
  </w:num>
  <w:num w:numId="4" w16cid:durableId="1490443497">
    <w:abstractNumId w:val="4"/>
  </w:num>
  <w:num w:numId="5" w16cid:durableId="123155757">
    <w:abstractNumId w:val="7"/>
  </w:num>
  <w:num w:numId="6" w16cid:durableId="1946034163">
    <w:abstractNumId w:val="3"/>
  </w:num>
  <w:num w:numId="7" w16cid:durableId="275675024">
    <w:abstractNumId w:val="2"/>
  </w:num>
  <w:num w:numId="8" w16cid:durableId="175702279">
    <w:abstractNumId w:val="1"/>
  </w:num>
  <w:num w:numId="9" w16cid:durableId="850802780">
    <w:abstractNumId w:val="0"/>
  </w:num>
  <w:num w:numId="10" w16cid:durableId="26806349">
    <w:abstractNumId w:val="9"/>
  </w:num>
  <w:num w:numId="11" w16cid:durableId="2050108601">
    <w:abstractNumId w:val="12"/>
  </w:num>
  <w:num w:numId="12" w16cid:durableId="2095396474">
    <w:abstractNumId w:val="11"/>
  </w:num>
  <w:num w:numId="13" w16cid:durableId="1677806890">
    <w:abstractNumId w:val="13"/>
  </w:num>
  <w:num w:numId="14" w16cid:durableId="9086136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604B"/>
    <w:rsid w:val="004C6E9A"/>
    <w:rsid w:val="004F4968"/>
    <w:rsid w:val="00633AFE"/>
    <w:rsid w:val="00A55033"/>
    <w:rsid w:val="00AA1D8D"/>
    <w:rsid w:val="00B47730"/>
    <w:rsid w:val="00B54FB1"/>
    <w:rsid w:val="00B74008"/>
    <w:rsid w:val="00BA799F"/>
    <w:rsid w:val="00CB0664"/>
    <w:rsid w:val="00E33690"/>
    <w:rsid w:val="00F07BB2"/>
    <w:rsid w:val="00F1103A"/>
    <w:rsid w:val="00F41BDE"/>
    <w:rsid w:val="00F663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266AF"/>
  <w14:defaultImageDpi w14:val="300"/>
  <w15:docId w15:val="{94F199CF-62C3-4930-BACF-4FB8DF36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724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Kinga Makarewicz</cp:lastModifiedBy>
  <cp:revision>6</cp:revision>
  <dcterms:created xsi:type="dcterms:W3CDTF">2026-09-28T10:57:00Z</dcterms:created>
  <dcterms:modified xsi:type="dcterms:W3CDTF">2026-10-07T11:26:00Z</dcterms:modified>
  <cp:category/>
</cp:coreProperties>
</file>